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FA312" w14:textId="77777777" w:rsidR="00A82D36" w:rsidRPr="00215E31" w:rsidRDefault="00000000" w:rsidP="00215E31">
      <w:pPr>
        <w:spacing w:after="20" w:line="360" w:lineRule="auto"/>
        <w:jc w:val="center"/>
        <w:rPr>
          <w:rFonts w:cs="Times New Roman"/>
          <w:sz w:val="36"/>
          <w:szCs w:val="36"/>
        </w:rPr>
      </w:pPr>
      <w:r w:rsidRPr="00215E31">
        <w:rPr>
          <w:rFonts w:cs="Times New Roman"/>
          <w:b/>
          <w:sz w:val="36"/>
          <w:szCs w:val="36"/>
        </w:rPr>
        <w:t>PETUNJUK TEKNIS INOVBOYO 2.0</w:t>
      </w:r>
    </w:p>
    <w:p w14:paraId="5BBFCB2B" w14:textId="77777777" w:rsidR="00A82D36" w:rsidRPr="000830FF" w:rsidRDefault="00000000" w:rsidP="00215E31">
      <w:pPr>
        <w:spacing w:after="160" w:line="360" w:lineRule="auto"/>
        <w:jc w:val="center"/>
        <w:rPr>
          <w:rFonts w:cs="Times New Roman"/>
          <w:sz w:val="28"/>
          <w:szCs w:val="28"/>
        </w:rPr>
      </w:pPr>
      <w:r w:rsidRPr="000830FF">
        <w:rPr>
          <w:rFonts w:cs="Times New Roman"/>
          <w:b/>
          <w:sz w:val="28"/>
          <w:szCs w:val="28"/>
        </w:rPr>
        <w:t>INOVBOYO SHOWCASE DAN SURABAYA INNOVATHON</w:t>
      </w:r>
    </w:p>
    <w:p w14:paraId="67E22475" w14:textId="77777777" w:rsidR="00A82D36" w:rsidRDefault="00000000" w:rsidP="00215E31">
      <w:pPr>
        <w:spacing w:after="100" w:line="360" w:lineRule="auto"/>
        <w:jc w:val="both"/>
        <w:rPr>
          <w:rFonts w:cs="Times New Roman"/>
          <w:sz w:val="24"/>
          <w:szCs w:val="24"/>
        </w:rPr>
      </w:pPr>
      <w:r w:rsidRPr="00215E31">
        <w:rPr>
          <w:rFonts w:cs="Times New Roman"/>
          <w:sz w:val="24"/>
          <w:szCs w:val="24"/>
        </w:rPr>
        <w:t xml:space="preserve">Inovboyo 2.0 diselenggarakan melalui dua jalur yang saling melengkapi: Inovboyo Showcase untuk mengapresiasi dan menampilkan inovasi yang telah dikembangkan, serta Surabaya Innovathon untuk mengembangkan solusi atas tantangan nyata. Keduanya diarahkan untuk mempertemukan inovator dengan masyarakat, pemerintah, perguruan tinggi, komunitas, dan industri sebagai calon </w:t>
      </w:r>
      <w:proofErr w:type="spellStart"/>
      <w:r w:rsidRPr="00215E31">
        <w:rPr>
          <w:rFonts w:cs="Times New Roman"/>
          <w:sz w:val="24"/>
          <w:szCs w:val="24"/>
        </w:rPr>
        <w:t>pengguna</w:t>
      </w:r>
      <w:proofErr w:type="spellEnd"/>
      <w:r w:rsidRPr="00215E31">
        <w:rPr>
          <w:rFonts w:cs="Times New Roman"/>
          <w:sz w:val="24"/>
          <w:szCs w:val="24"/>
        </w:rPr>
        <w:t xml:space="preserve"> </w:t>
      </w:r>
      <w:proofErr w:type="spellStart"/>
      <w:r w:rsidRPr="00215E31">
        <w:rPr>
          <w:rFonts w:cs="Times New Roman"/>
          <w:sz w:val="24"/>
          <w:szCs w:val="24"/>
        </w:rPr>
        <w:t>maupun</w:t>
      </w:r>
      <w:proofErr w:type="spellEnd"/>
      <w:r w:rsidRPr="00215E31">
        <w:rPr>
          <w:rFonts w:cs="Times New Roman"/>
          <w:sz w:val="24"/>
          <w:szCs w:val="24"/>
        </w:rPr>
        <w:t xml:space="preserve"> </w:t>
      </w:r>
      <w:proofErr w:type="spellStart"/>
      <w:r w:rsidRPr="00215E31">
        <w:rPr>
          <w:rFonts w:cs="Times New Roman"/>
          <w:sz w:val="24"/>
          <w:szCs w:val="24"/>
        </w:rPr>
        <w:t>mitra</w:t>
      </w:r>
      <w:proofErr w:type="spellEnd"/>
      <w:r w:rsidRPr="00215E31">
        <w:rPr>
          <w:rFonts w:cs="Times New Roman"/>
          <w:sz w:val="24"/>
          <w:szCs w:val="24"/>
        </w:rPr>
        <w:t xml:space="preserve"> </w:t>
      </w:r>
      <w:proofErr w:type="spellStart"/>
      <w:r w:rsidRPr="00215E31">
        <w:rPr>
          <w:rFonts w:cs="Times New Roman"/>
          <w:sz w:val="24"/>
          <w:szCs w:val="24"/>
        </w:rPr>
        <w:t>pengembangan</w:t>
      </w:r>
      <w:proofErr w:type="spellEnd"/>
      <w:r w:rsidRPr="00215E31">
        <w:rPr>
          <w:rFonts w:cs="Times New Roman"/>
          <w:sz w:val="24"/>
          <w:szCs w:val="24"/>
        </w:rPr>
        <w:t>.</w:t>
      </w:r>
    </w:p>
    <w:p w14:paraId="1924027B" w14:textId="77777777" w:rsidR="00215E31" w:rsidRPr="00215E31" w:rsidRDefault="00215E31" w:rsidP="00215E31">
      <w:pPr>
        <w:spacing w:after="100" w:line="360" w:lineRule="auto"/>
        <w:jc w:val="both"/>
        <w:rPr>
          <w:rFonts w:cs="Times New Roman"/>
          <w:sz w:val="24"/>
          <w:szCs w:val="24"/>
        </w:rPr>
      </w:pPr>
    </w:p>
    <w:p w14:paraId="699D95A9" w14:textId="77777777" w:rsidR="00A82D36" w:rsidRDefault="00000000" w:rsidP="00215E31">
      <w:pPr>
        <w:pStyle w:val="Heading1"/>
        <w:spacing w:line="360" w:lineRule="auto"/>
        <w:jc w:val="center"/>
        <w:rPr>
          <w:rFonts w:ascii="Times New Roman" w:hAnsi="Times New Roman" w:cs="Times New Roman"/>
          <w:color w:val="auto"/>
          <w:sz w:val="32"/>
          <w:szCs w:val="32"/>
        </w:rPr>
      </w:pPr>
      <w:r w:rsidRPr="00215E31">
        <w:rPr>
          <w:rFonts w:ascii="Times New Roman" w:hAnsi="Times New Roman" w:cs="Times New Roman"/>
          <w:color w:val="auto"/>
          <w:sz w:val="32"/>
          <w:szCs w:val="32"/>
        </w:rPr>
        <w:t>BAB I. KETENTUAN UMUM</w:t>
      </w:r>
    </w:p>
    <w:p w14:paraId="30D3CA96" w14:textId="77777777" w:rsidR="00215E31" w:rsidRPr="00215E31" w:rsidRDefault="00215E31" w:rsidP="00215E31">
      <w:pPr>
        <w:spacing w:line="360" w:lineRule="auto"/>
      </w:pPr>
    </w:p>
    <w:p w14:paraId="5D836995" w14:textId="77777777" w:rsidR="00A82D36" w:rsidRPr="00215E31" w:rsidRDefault="00000000" w:rsidP="00215E31">
      <w:pPr>
        <w:pStyle w:val="Heading2"/>
        <w:spacing w:line="360" w:lineRule="auto"/>
        <w:jc w:val="both"/>
        <w:rPr>
          <w:rFonts w:ascii="Times New Roman" w:hAnsi="Times New Roman" w:cs="Times New Roman"/>
          <w:color w:val="auto"/>
          <w:sz w:val="28"/>
          <w:szCs w:val="28"/>
        </w:rPr>
      </w:pPr>
      <w:r w:rsidRPr="00215E31">
        <w:rPr>
          <w:rFonts w:ascii="Times New Roman" w:hAnsi="Times New Roman" w:cs="Times New Roman"/>
          <w:color w:val="auto"/>
          <w:sz w:val="28"/>
          <w:szCs w:val="28"/>
        </w:rPr>
        <w:t>1.1 Latar Belakang dan Tujuan</w:t>
      </w:r>
    </w:p>
    <w:p w14:paraId="15765645"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Program ini dirancang untuk menjaga keberlanjutan karya inovasi Inovboyo periode 2022–2025 sekaligus membuka ruang penciptaan solusi yang menjawab kebutuhan nyata. Inovasi diharapkan dapat dimanfaatkan, dikembangkan, direplikasi, atau diadopsi oleh masyarakat, pemerintah, maupun industri.</w:t>
      </w:r>
    </w:p>
    <w:p w14:paraId="3AAC4875" w14:textId="77777777" w:rsidR="00215E31" w:rsidRDefault="00000000" w:rsidP="00215E31">
      <w:pPr>
        <w:spacing w:line="360" w:lineRule="auto"/>
        <w:jc w:val="both"/>
        <w:rPr>
          <w:rFonts w:cs="Times New Roman"/>
          <w:sz w:val="24"/>
          <w:szCs w:val="24"/>
        </w:rPr>
      </w:pPr>
      <w:r w:rsidRPr="00215E31">
        <w:rPr>
          <w:rFonts w:cs="Times New Roman"/>
          <w:sz w:val="24"/>
          <w:szCs w:val="24"/>
        </w:rPr>
        <w:t xml:space="preserve">Tujuan </w:t>
      </w:r>
      <w:proofErr w:type="spellStart"/>
      <w:r w:rsidRPr="00215E31">
        <w:rPr>
          <w:rFonts w:cs="Times New Roman"/>
          <w:sz w:val="24"/>
          <w:szCs w:val="24"/>
        </w:rPr>
        <w:t>Inovboyo</w:t>
      </w:r>
      <w:proofErr w:type="spellEnd"/>
      <w:r w:rsidRPr="00215E31">
        <w:rPr>
          <w:rFonts w:cs="Times New Roman"/>
          <w:sz w:val="24"/>
          <w:szCs w:val="24"/>
        </w:rPr>
        <w:t xml:space="preserve"> 2.0 </w:t>
      </w:r>
      <w:proofErr w:type="spellStart"/>
      <w:r w:rsidRPr="00215E31">
        <w:rPr>
          <w:rFonts w:cs="Times New Roman"/>
          <w:sz w:val="24"/>
          <w:szCs w:val="24"/>
        </w:rPr>
        <w:t>adalah</w:t>
      </w:r>
      <w:proofErr w:type="spellEnd"/>
      <w:r w:rsidRPr="00215E31">
        <w:rPr>
          <w:rFonts w:cs="Times New Roman"/>
          <w:sz w:val="24"/>
          <w:szCs w:val="24"/>
        </w:rPr>
        <w:t>:</w:t>
      </w:r>
    </w:p>
    <w:p w14:paraId="6E6276A7" w14:textId="5A847054" w:rsidR="00215E31" w:rsidRPr="00215E31" w:rsidRDefault="00215E31" w:rsidP="00215E31">
      <w:pPr>
        <w:pStyle w:val="ListParagraph"/>
        <w:numPr>
          <w:ilvl w:val="0"/>
          <w:numId w:val="11"/>
        </w:numPr>
        <w:spacing w:line="360" w:lineRule="auto"/>
        <w:jc w:val="both"/>
        <w:rPr>
          <w:rFonts w:cs="Times New Roman"/>
          <w:sz w:val="24"/>
          <w:szCs w:val="24"/>
        </w:rPr>
      </w:pPr>
      <w:proofErr w:type="spellStart"/>
      <w:r w:rsidRPr="00215E31">
        <w:rPr>
          <w:rFonts w:cs="Times New Roman"/>
          <w:sz w:val="24"/>
          <w:szCs w:val="24"/>
        </w:rPr>
        <w:t>Memberi</w:t>
      </w:r>
      <w:proofErr w:type="spellEnd"/>
      <w:r w:rsidRPr="00215E31">
        <w:rPr>
          <w:rFonts w:cs="Times New Roman"/>
          <w:sz w:val="24"/>
          <w:szCs w:val="24"/>
        </w:rPr>
        <w:t xml:space="preserve"> </w:t>
      </w:r>
      <w:proofErr w:type="spellStart"/>
      <w:r w:rsidRPr="00215E31">
        <w:rPr>
          <w:rFonts w:cs="Times New Roman"/>
          <w:sz w:val="24"/>
          <w:szCs w:val="24"/>
        </w:rPr>
        <w:t>ruang</w:t>
      </w:r>
      <w:proofErr w:type="spellEnd"/>
      <w:r w:rsidRPr="00215E31">
        <w:rPr>
          <w:rFonts w:cs="Times New Roman"/>
          <w:sz w:val="24"/>
          <w:szCs w:val="24"/>
        </w:rPr>
        <w:t xml:space="preserve"> </w:t>
      </w:r>
      <w:proofErr w:type="spellStart"/>
      <w:r w:rsidRPr="00215E31">
        <w:rPr>
          <w:rFonts w:cs="Times New Roman"/>
          <w:sz w:val="24"/>
          <w:szCs w:val="24"/>
        </w:rPr>
        <w:t>publikasi</w:t>
      </w:r>
      <w:proofErr w:type="spellEnd"/>
      <w:r w:rsidRPr="00215E31">
        <w:rPr>
          <w:rFonts w:cs="Times New Roman"/>
          <w:sz w:val="24"/>
          <w:szCs w:val="24"/>
        </w:rPr>
        <w:t xml:space="preserve"> dan </w:t>
      </w:r>
      <w:proofErr w:type="spellStart"/>
      <w:r w:rsidRPr="00215E31">
        <w:rPr>
          <w:rFonts w:cs="Times New Roman"/>
          <w:sz w:val="24"/>
          <w:szCs w:val="24"/>
        </w:rPr>
        <w:t>apresiasi</w:t>
      </w:r>
      <w:proofErr w:type="spellEnd"/>
      <w:r w:rsidRPr="00215E31">
        <w:rPr>
          <w:rFonts w:cs="Times New Roman"/>
          <w:sz w:val="24"/>
          <w:szCs w:val="24"/>
        </w:rPr>
        <w:t xml:space="preserve"> </w:t>
      </w:r>
      <w:proofErr w:type="spellStart"/>
      <w:r w:rsidRPr="00215E31">
        <w:rPr>
          <w:rFonts w:cs="Times New Roman"/>
          <w:sz w:val="24"/>
          <w:szCs w:val="24"/>
        </w:rPr>
        <w:t>bagi</w:t>
      </w:r>
      <w:proofErr w:type="spellEnd"/>
      <w:r w:rsidRPr="00215E31">
        <w:rPr>
          <w:rFonts w:cs="Times New Roman"/>
          <w:sz w:val="24"/>
          <w:szCs w:val="24"/>
        </w:rPr>
        <w:t xml:space="preserve"> </w:t>
      </w:r>
      <w:proofErr w:type="spellStart"/>
      <w:r w:rsidRPr="00215E31">
        <w:rPr>
          <w:rFonts w:cs="Times New Roman"/>
          <w:sz w:val="24"/>
          <w:szCs w:val="24"/>
        </w:rPr>
        <w:t>inovasi</w:t>
      </w:r>
      <w:proofErr w:type="spellEnd"/>
      <w:r w:rsidRPr="00215E31">
        <w:rPr>
          <w:rFonts w:cs="Times New Roman"/>
          <w:sz w:val="24"/>
          <w:szCs w:val="24"/>
        </w:rPr>
        <w:t xml:space="preserve"> yang </w:t>
      </w:r>
      <w:proofErr w:type="spellStart"/>
      <w:r w:rsidRPr="00215E31">
        <w:rPr>
          <w:rFonts w:cs="Times New Roman"/>
          <w:sz w:val="24"/>
          <w:szCs w:val="24"/>
        </w:rPr>
        <w:t>telah</w:t>
      </w:r>
      <w:proofErr w:type="spellEnd"/>
      <w:r w:rsidRPr="00215E31">
        <w:rPr>
          <w:rFonts w:cs="Times New Roman"/>
          <w:sz w:val="24"/>
          <w:szCs w:val="24"/>
        </w:rPr>
        <w:t xml:space="preserve"> </w:t>
      </w:r>
      <w:proofErr w:type="spellStart"/>
      <w:r w:rsidRPr="00215E31">
        <w:rPr>
          <w:rFonts w:cs="Times New Roman"/>
          <w:sz w:val="24"/>
          <w:szCs w:val="24"/>
        </w:rPr>
        <w:t>dikembangkan</w:t>
      </w:r>
      <w:proofErr w:type="spellEnd"/>
      <w:r w:rsidRPr="00215E31">
        <w:rPr>
          <w:rFonts w:cs="Times New Roman"/>
          <w:sz w:val="24"/>
          <w:szCs w:val="24"/>
        </w:rPr>
        <w:t xml:space="preserve"> </w:t>
      </w:r>
      <w:proofErr w:type="spellStart"/>
      <w:r w:rsidRPr="00215E31">
        <w:rPr>
          <w:rFonts w:cs="Times New Roman"/>
          <w:sz w:val="24"/>
          <w:szCs w:val="24"/>
        </w:rPr>
        <w:t>atau</w:t>
      </w:r>
      <w:proofErr w:type="spellEnd"/>
      <w:r w:rsidRPr="00215E31">
        <w:rPr>
          <w:rFonts w:cs="Times New Roman"/>
          <w:sz w:val="24"/>
          <w:szCs w:val="24"/>
        </w:rPr>
        <w:t xml:space="preserve"> </w:t>
      </w:r>
      <w:proofErr w:type="spellStart"/>
      <w:r w:rsidRPr="00215E31">
        <w:rPr>
          <w:rFonts w:cs="Times New Roman"/>
          <w:sz w:val="24"/>
          <w:szCs w:val="24"/>
        </w:rPr>
        <w:t>diterapkan</w:t>
      </w:r>
      <w:proofErr w:type="spellEnd"/>
    </w:p>
    <w:p w14:paraId="2095F129" w14:textId="2BE9432B" w:rsidR="00215E31" w:rsidRPr="00215E31" w:rsidRDefault="00215E31" w:rsidP="00215E31">
      <w:pPr>
        <w:pStyle w:val="ListParagraph"/>
        <w:numPr>
          <w:ilvl w:val="0"/>
          <w:numId w:val="11"/>
        </w:numPr>
        <w:spacing w:line="360" w:lineRule="auto"/>
        <w:jc w:val="both"/>
        <w:rPr>
          <w:rFonts w:cs="Times New Roman"/>
          <w:sz w:val="24"/>
          <w:szCs w:val="24"/>
        </w:rPr>
      </w:pPr>
      <w:proofErr w:type="spellStart"/>
      <w:r w:rsidRPr="00215E31">
        <w:rPr>
          <w:rFonts w:cs="Times New Roman"/>
          <w:sz w:val="24"/>
          <w:szCs w:val="24"/>
        </w:rPr>
        <w:t>Mempertemukan</w:t>
      </w:r>
      <w:proofErr w:type="spellEnd"/>
      <w:r w:rsidRPr="00215E31">
        <w:rPr>
          <w:rFonts w:cs="Times New Roman"/>
          <w:sz w:val="24"/>
          <w:szCs w:val="24"/>
        </w:rPr>
        <w:t xml:space="preserve"> </w:t>
      </w:r>
      <w:proofErr w:type="spellStart"/>
      <w:r w:rsidRPr="00215E31">
        <w:rPr>
          <w:rFonts w:cs="Times New Roman"/>
          <w:sz w:val="24"/>
          <w:szCs w:val="24"/>
        </w:rPr>
        <w:t>pemilik</w:t>
      </w:r>
      <w:proofErr w:type="spellEnd"/>
      <w:r w:rsidRPr="00215E31">
        <w:rPr>
          <w:rFonts w:cs="Times New Roman"/>
          <w:sz w:val="24"/>
          <w:szCs w:val="24"/>
        </w:rPr>
        <w:t xml:space="preserve"> </w:t>
      </w:r>
      <w:proofErr w:type="spellStart"/>
      <w:r w:rsidRPr="00215E31">
        <w:rPr>
          <w:rFonts w:cs="Times New Roman"/>
          <w:sz w:val="24"/>
          <w:szCs w:val="24"/>
        </w:rPr>
        <w:t>permasalahan</w:t>
      </w:r>
      <w:proofErr w:type="spellEnd"/>
      <w:r w:rsidRPr="00215E31">
        <w:rPr>
          <w:rFonts w:cs="Times New Roman"/>
          <w:sz w:val="24"/>
          <w:szCs w:val="24"/>
        </w:rPr>
        <w:t xml:space="preserve"> (problem owner) </w:t>
      </w:r>
      <w:proofErr w:type="spellStart"/>
      <w:r w:rsidRPr="00215E31">
        <w:rPr>
          <w:rFonts w:cs="Times New Roman"/>
          <w:sz w:val="24"/>
          <w:szCs w:val="24"/>
        </w:rPr>
        <w:t>dengan</w:t>
      </w:r>
      <w:proofErr w:type="spellEnd"/>
      <w:r w:rsidRPr="00215E31">
        <w:rPr>
          <w:rFonts w:cs="Times New Roman"/>
          <w:sz w:val="24"/>
          <w:szCs w:val="24"/>
        </w:rPr>
        <w:t xml:space="preserve"> </w:t>
      </w:r>
      <w:proofErr w:type="spellStart"/>
      <w:r w:rsidRPr="00215E31">
        <w:rPr>
          <w:rFonts w:cs="Times New Roman"/>
          <w:sz w:val="24"/>
          <w:szCs w:val="24"/>
        </w:rPr>
        <w:t>inovator</w:t>
      </w:r>
      <w:proofErr w:type="spellEnd"/>
      <w:r w:rsidRPr="00215E31">
        <w:rPr>
          <w:rFonts w:cs="Times New Roman"/>
          <w:sz w:val="24"/>
          <w:szCs w:val="24"/>
        </w:rPr>
        <w:t xml:space="preserve"> dan </w:t>
      </w:r>
      <w:proofErr w:type="spellStart"/>
      <w:r w:rsidRPr="00215E31">
        <w:rPr>
          <w:rFonts w:cs="Times New Roman"/>
          <w:sz w:val="24"/>
          <w:szCs w:val="24"/>
        </w:rPr>
        <w:t>calon</w:t>
      </w:r>
      <w:proofErr w:type="spellEnd"/>
      <w:r w:rsidRPr="00215E31">
        <w:rPr>
          <w:rFonts w:cs="Times New Roman"/>
          <w:sz w:val="24"/>
          <w:szCs w:val="24"/>
        </w:rPr>
        <w:t xml:space="preserve"> </w:t>
      </w:r>
      <w:proofErr w:type="spellStart"/>
      <w:r w:rsidRPr="00215E31">
        <w:rPr>
          <w:rFonts w:cs="Times New Roman"/>
          <w:sz w:val="24"/>
          <w:szCs w:val="24"/>
        </w:rPr>
        <w:t>pengguna</w:t>
      </w:r>
      <w:proofErr w:type="spellEnd"/>
      <w:r w:rsidRPr="00215E31">
        <w:rPr>
          <w:rFonts w:cs="Times New Roman"/>
          <w:sz w:val="24"/>
          <w:szCs w:val="24"/>
        </w:rPr>
        <w:t xml:space="preserve"> </w:t>
      </w:r>
      <w:proofErr w:type="spellStart"/>
      <w:r w:rsidRPr="00215E31">
        <w:rPr>
          <w:rFonts w:cs="Times New Roman"/>
          <w:sz w:val="24"/>
          <w:szCs w:val="24"/>
        </w:rPr>
        <w:t>solusi</w:t>
      </w:r>
      <w:proofErr w:type="spellEnd"/>
    </w:p>
    <w:p w14:paraId="04D06DAC" w14:textId="785E82E3" w:rsidR="00215E31" w:rsidRPr="00215E31" w:rsidRDefault="00215E31" w:rsidP="00215E31">
      <w:pPr>
        <w:pStyle w:val="ListParagraph"/>
        <w:numPr>
          <w:ilvl w:val="0"/>
          <w:numId w:val="11"/>
        </w:numPr>
        <w:spacing w:line="360" w:lineRule="auto"/>
        <w:jc w:val="both"/>
        <w:rPr>
          <w:rFonts w:cs="Times New Roman"/>
          <w:sz w:val="24"/>
          <w:szCs w:val="24"/>
        </w:rPr>
      </w:pPr>
      <w:proofErr w:type="spellStart"/>
      <w:r w:rsidRPr="00215E31">
        <w:rPr>
          <w:rFonts w:cs="Times New Roman"/>
          <w:sz w:val="24"/>
          <w:szCs w:val="24"/>
        </w:rPr>
        <w:t>Mendorong</w:t>
      </w:r>
      <w:proofErr w:type="spellEnd"/>
      <w:r w:rsidRPr="00215E31">
        <w:rPr>
          <w:rFonts w:cs="Times New Roman"/>
          <w:sz w:val="24"/>
          <w:szCs w:val="24"/>
        </w:rPr>
        <w:t xml:space="preserve"> </w:t>
      </w:r>
      <w:proofErr w:type="spellStart"/>
      <w:r w:rsidRPr="00215E31">
        <w:rPr>
          <w:rFonts w:cs="Times New Roman"/>
          <w:sz w:val="24"/>
          <w:szCs w:val="24"/>
        </w:rPr>
        <w:t>solusi</w:t>
      </w:r>
      <w:proofErr w:type="spellEnd"/>
      <w:r w:rsidRPr="00215E31">
        <w:rPr>
          <w:rFonts w:cs="Times New Roman"/>
          <w:sz w:val="24"/>
          <w:szCs w:val="24"/>
        </w:rPr>
        <w:t xml:space="preserve"> yang </w:t>
      </w:r>
      <w:proofErr w:type="spellStart"/>
      <w:r w:rsidRPr="00215E31">
        <w:rPr>
          <w:rFonts w:cs="Times New Roman"/>
          <w:sz w:val="24"/>
          <w:szCs w:val="24"/>
        </w:rPr>
        <w:t>relevan</w:t>
      </w:r>
      <w:proofErr w:type="spellEnd"/>
      <w:r w:rsidRPr="00215E31">
        <w:rPr>
          <w:rFonts w:cs="Times New Roman"/>
          <w:sz w:val="24"/>
          <w:szCs w:val="24"/>
        </w:rPr>
        <w:t xml:space="preserve">, </w:t>
      </w:r>
      <w:proofErr w:type="spellStart"/>
      <w:r w:rsidRPr="00215E31">
        <w:rPr>
          <w:rFonts w:cs="Times New Roman"/>
          <w:sz w:val="24"/>
          <w:szCs w:val="24"/>
        </w:rPr>
        <w:t>layak</w:t>
      </w:r>
      <w:proofErr w:type="spellEnd"/>
      <w:r w:rsidRPr="00215E31">
        <w:rPr>
          <w:rFonts w:cs="Times New Roman"/>
          <w:sz w:val="24"/>
          <w:szCs w:val="24"/>
        </w:rPr>
        <w:t xml:space="preserve">, </w:t>
      </w:r>
      <w:proofErr w:type="spellStart"/>
      <w:r w:rsidRPr="00215E31">
        <w:rPr>
          <w:rFonts w:cs="Times New Roman"/>
          <w:sz w:val="24"/>
          <w:szCs w:val="24"/>
        </w:rPr>
        <w:t>berpotensi</w:t>
      </w:r>
      <w:proofErr w:type="spellEnd"/>
      <w:r w:rsidRPr="00215E31">
        <w:rPr>
          <w:rFonts w:cs="Times New Roman"/>
          <w:sz w:val="24"/>
          <w:szCs w:val="24"/>
        </w:rPr>
        <w:t xml:space="preserve"> </w:t>
      </w:r>
      <w:proofErr w:type="spellStart"/>
      <w:r w:rsidRPr="00215E31">
        <w:rPr>
          <w:rFonts w:cs="Times New Roman"/>
          <w:sz w:val="24"/>
          <w:szCs w:val="24"/>
        </w:rPr>
        <w:t>berdampak</w:t>
      </w:r>
      <w:proofErr w:type="spellEnd"/>
      <w:r w:rsidRPr="00215E31">
        <w:rPr>
          <w:rFonts w:cs="Times New Roman"/>
          <w:sz w:val="24"/>
          <w:szCs w:val="24"/>
        </w:rPr>
        <w:t xml:space="preserve">, dan </w:t>
      </w:r>
      <w:proofErr w:type="spellStart"/>
      <w:r w:rsidRPr="00215E31">
        <w:rPr>
          <w:rFonts w:cs="Times New Roman"/>
          <w:sz w:val="24"/>
          <w:szCs w:val="24"/>
        </w:rPr>
        <w:t>dapat</w:t>
      </w:r>
      <w:proofErr w:type="spellEnd"/>
      <w:r w:rsidRPr="00215E31">
        <w:rPr>
          <w:rFonts w:cs="Times New Roman"/>
          <w:sz w:val="24"/>
          <w:szCs w:val="24"/>
        </w:rPr>
        <w:t xml:space="preserve"> </w:t>
      </w:r>
      <w:proofErr w:type="spellStart"/>
      <w:r w:rsidRPr="00215E31">
        <w:rPr>
          <w:rFonts w:cs="Times New Roman"/>
          <w:sz w:val="24"/>
          <w:szCs w:val="24"/>
        </w:rPr>
        <w:t>dikembangkan</w:t>
      </w:r>
      <w:proofErr w:type="spellEnd"/>
      <w:r w:rsidRPr="00215E31">
        <w:rPr>
          <w:rFonts w:cs="Times New Roman"/>
          <w:sz w:val="24"/>
          <w:szCs w:val="24"/>
        </w:rPr>
        <w:t xml:space="preserve"> </w:t>
      </w:r>
      <w:proofErr w:type="spellStart"/>
      <w:r w:rsidRPr="00215E31">
        <w:rPr>
          <w:rFonts w:cs="Times New Roman"/>
          <w:sz w:val="24"/>
          <w:szCs w:val="24"/>
        </w:rPr>
        <w:t>lebih</w:t>
      </w:r>
      <w:proofErr w:type="spellEnd"/>
      <w:r w:rsidRPr="00215E31">
        <w:rPr>
          <w:rFonts w:cs="Times New Roman"/>
          <w:sz w:val="24"/>
          <w:szCs w:val="24"/>
        </w:rPr>
        <w:t xml:space="preserve"> </w:t>
      </w:r>
      <w:proofErr w:type="spellStart"/>
      <w:r w:rsidRPr="00215E31">
        <w:rPr>
          <w:rFonts w:cs="Times New Roman"/>
          <w:sz w:val="24"/>
          <w:szCs w:val="24"/>
        </w:rPr>
        <w:t>lanjut</w:t>
      </w:r>
      <w:proofErr w:type="spellEnd"/>
    </w:p>
    <w:p w14:paraId="5D3ECE5F" w14:textId="3926D8B8" w:rsidR="00A82D36" w:rsidRPr="00215E31" w:rsidRDefault="00215E31" w:rsidP="00215E31">
      <w:pPr>
        <w:pStyle w:val="ListParagraph"/>
        <w:numPr>
          <w:ilvl w:val="0"/>
          <w:numId w:val="11"/>
        </w:numPr>
        <w:spacing w:line="360" w:lineRule="auto"/>
        <w:jc w:val="both"/>
        <w:rPr>
          <w:rFonts w:cs="Times New Roman"/>
          <w:sz w:val="24"/>
          <w:szCs w:val="24"/>
        </w:rPr>
      </w:pPr>
      <w:proofErr w:type="spellStart"/>
      <w:r w:rsidRPr="00215E31">
        <w:rPr>
          <w:rFonts w:cs="Times New Roman"/>
          <w:sz w:val="24"/>
          <w:szCs w:val="24"/>
        </w:rPr>
        <w:t>Membangun</w:t>
      </w:r>
      <w:proofErr w:type="spellEnd"/>
      <w:r w:rsidRPr="00215E31">
        <w:rPr>
          <w:rFonts w:cs="Times New Roman"/>
          <w:sz w:val="24"/>
          <w:szCs w:val="24"/>
        </w:rPr>
        <w:t xml:space="preserve"> </w:t>
      </w:r>
      <w:proofErr w:type="spellStart"/>
      <w:r w:rsidRPr="00215E31">
        <w:rPr>
          <w:rFonts w:cs="Times New Roman"/>
          <w:sz w:val="24"/>
          <w:szCs w:val="24"/>
        </w:rPr>
        <w:t>jejaring</w:t>
      </w:r>
      <w:proofErr w:type="spellEnd"/>
      <w:r w:rsidRPr="00215E31">
        <w:rPr>
          <w:rFonts w:cs="Times New Roman"/>
          <w:sz w:val="24"/>
          <w:szCs w:val="24"/>
        </w:rPr>
        <w:t xml:space="preserve"> mentoring, </w:t>
      </w:r>
      <w:proofErr w:type="spellStart"/>
      <w:r w:rsidRPr="00215E31">
        <w:rPr>
          <w:rFonts w:cs="Times New Roman"/>
          <w:sz w:val="24"/>
          <w:szCs w:val="24"/>
        </w:rPr>
        <w:t>pengujian</w:t>
      </w:r>
      <w:proofErr w:type="spellEnd"/>
      <w:r w:rsidRPr="00215E31">
        <w:rPr>
          <w:rFonts w:cs="Times New Roman"/>
          <w:sz w:val="24"/>
          <w:szCs w:val="24"/>
        </w:rPr>
        <w:t xml:space="preserve">, </w:t>
      </w:r>
      <w:proofErr w:type="spellStart"/>
      <w:r w:rsidRPr="00215E31">
        <w:rPr>
          <w:rFonts w:cs="Times New Roman"/>
          <w:sz w:val="24"/>
          <w:szCs w:val="24"/>
        </w:rPr>
        <w:t>perlindungan</w:t>
      </w:r>
      <w:proofErr w:type="spellEnd"/>
      <w:r w:rsidRPr="00215E31">
        <w:rPr>
          <w:rFonts w:cs="Times New Roman"/>
          <w:sz w:val="24"/>
          <w:szCs w:val="24"/>
        </w:rPr>
        <w:t xml:space="preserve"> </w:t>
      </w:r>
      <w:proofErr w:type="spellStart"/>
      <w:r w:rsidRPr="00215E31">
        <w:rPr>
          <w:rFonts w:cs="Times New Roman"/>
          <w:sz w:val="24"/>
          <w:szCs w:val="24"/>
        </w:rPr>
        <w:t>kekayaan</w:t>
      </w:r>
      <w:proofErr w:type="spellEnd"/>
      <w:r w:rsidRPr="00215E31">
        <w:rPr>
          <w:rFonts w:cs="Times New Roman"/>
          <w:sz w:val="24"/>
          <w:szCs w:val="24"/>
        </w:rPr>
        <w:t xml:space="preserve"> </w:t>
      </w:r>
      <w:proofErr w:type="spellStart"/>
      <w:r w:rsidRPr="00215E31">
        <w:rPr>
          <w:rFonts w:cs="Times New Roman"/>
          <w:sz w:val="24"/>
          <w:szCs w:val="24"/>
        </w:rPr>
        <w:t>intelektual</w:t>
      </w:r>
      <w:proofErr w:type="spellEnd"/>
      <w:r w:rsidRPr="00215E31">
        <w:rPr>
          <w:rFonts w:cs="Times New Roman"/>
          <w:sz w:val="24"/>
          <w:szCs w:val="24"/>
        </w:rPr>
        <w:t xml:space="preserve">, </w:t>
      </w:r>
      <w:proofErr w:type="spellStart"/>
      <w:r w:rsidRPr="00215E31">
        <w:rPr>
          <w:rFonts w:cs="Times New Roman"/>
          <w:sz w:val="24"/>
          <w:szCs w:val="24"/>
        </w:rPr>
        <w:t>adopsi</w:t>
      </w:r>
      <w:proofErr w:type="spellEnd"/>
      <w:r w:rsidRPr="00215E31">
        <w:rPr>
          <w:rFonts w:cs="Times New Roman"/>
          <w:sz w:val="24"/>
          <w:szCs w:val="24"/>
        </w:rPr>
        <w:t xml:space="preserve">, </w:t>
      </w:r>
      <w:proofErr w:type="spellStart"/>
      <w:r w:rsidRPr="00215E31">
        <w:rPr>
          <w:rFonts w:cs="Times New Roman"/>
          <w:sz w:val="24"/>
          <w:szCs w:val="24"/>
        </w:rPr>
        <w:t>replikasi</w:t>
      </w:r>
      <w:proofErr w:type="spellEnd"/>
      <w:r w:rsidRPr="00215E31">
        <w:rPr>
          <w:rFonts w:cs="Times New Roman"/>
          <w:sz w:val="24"/>
          <w:szCs w:val="24"/>
        </w:rPr>
        <w:t xml:space="preserve">, </w:t>
      </w:r>
      <w:proofErr w:type="spellStart"/>
      <w:r w:rsidRPr="00215E31">
        <w:rPr>
          <w:rFonts w:cs="Times New Roman"/>
          <w:sz w:val="24"/>
          <w:szCs w:val="24"/>
        </w:rPr>
        <w:t>atau</w:t>
      </w:r>
      <w:proofErr w:type="spellEnd"/>
      <w:r w:rsidRPr="00215E31">
        <w:rPr>
          <w:rFonts w:cs="Times New Roman"/>
          <w:sz w:val="24"/>
          <w:szCs w:val="24"/>
        </w:rPr>
        <w:t xml:space="preserve"> </w:t>
      </w:r>
      <w:proofErr w:type="spellStart"/>
      <w:r w:rsidRPr="00215E31">
        <w:rPr>
          <w:rFonts w:cs="Times New Roman"/>
          <w:sz w:val="24"/>
          <w:szCs w:val="24"/>
        </w:rPr>
        <w:t>komersialisasi</w:t>
      </w:r>
      <w:proofErr w:type="spellEnd"/>
    </w:p>
    <w:p w14:paraId="4D7FF98A" w14:textId="77777777" w:rsidR="00A82D36" w:rsidRPr="00215E31" w:rsidRDefault="00000000" w:rsidP="00215E31">
      <w:pPr>
        <w:pStyle w:val="Heading2"/>
        <w:spacing w:line="360" w:lineRule="auto"/>
        <w:jc w:val="both"/>
        <w:rPr>
          <w:rFonts w:ascii="Times New Roman" w:hAnsi="Times New Roman" w:cs="Times New Roman"/>
          <w:color w:val="auto"/>
          <w:sz w:val="28"/>
          <w:szCs w:val="28"/>
        </w:rPr>
      </w:pPr>
      <w:r w:rsidRPr="00215E31">
        <w:rPr>
          <w:rFonts w:ascii="Times New Roman" w:hAnsi="Times New Roman" w:cs="Times New Roman"/>
          <w:color w:val="auto"/>
          <w:sz w:val="28"/>
          <w:szCs w:val="28"/>
        </w:rPr>
        <w:t>1.2 Dua Jalur Kegiatan</w:t>
      </w:r>
    </w:p>
    <w:p w14:paraId="4194F39B"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Inovboyo Showcase. Jalur pengajuan karya invensi/inovasi yang telah dimiliki, dikembangkan, atau diterapkan. Tahapan utamanya meliputi pendaftaran, kurasi, audisi/presentasi, penetapan finalis, exhibition, dan awarding.</w:t>
      </w:r>
    </w:p>
    <w:p w14:paraId="0A525E4C"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Surabaya Innovathon. Jalur pemecahan masalah yang dimulai dari challenge/permasalahan yang disampaikan problem owner. Tim peserta memahami kebutuhan pengguna, mengembangkan solusi, melakukan uji atau validasi sesuai kondisi, dan mempresentasikan hasil melalui pitch.</w:t>
      </w:r>
    </w:p>
    <w:p w14:paraId="14F84D0C" w14:textId="77777777" w:rsidR="00A82D36" w:rsidRPr="00215E31" w:rsidRDefault="00000000" w:rsidP="00215E31">
      <w:pPr>
        <w:pStyle w:val="Heading2"/>
        <w:spacing w:line="360" w:lineRule="auto"/>
        <w:jc w:val="both"/>
        <w:rPr>
          <w:rFonts w:ascii="Times New Roman" w:hAnsi="Times New Roman" w:cs="Times New Roman"/>
          <w:color w:val="auto"/>
          <w:sz w:val="28"/>
          <w:szCs w:val="28"/>
        </w:rPr>
      </w:pPr>
      <w:r w:rsidRPr="00215E31">
        <w:rPr>
          <w:rFonts w:ascii="Times New Roman" w:hAnsi="Times New Roman" w:cs="Times New Roman"/>
          <w:color w:val="auto"/>
          <w:sz w:val="28"/>
          <w:szCs w:val="28"/>
        </w:rPr>
        <w:lastRenderedPageBreak/>
        <w:t>1.3 Ruang Lingkup dan Prinsip</w:t>
      </w:r>
    </w:p>
    <w:p w14:paraId="14B08B1F"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Inovasi dapat berbentuk produk, alat, teknologi tepat guna, web/aplikasi, AI, IoT, metode atau proses kerja, desain layanan, model bisnis, inovasi lingkungan, maupun program sosial. Inovasi tidak harus berupa aplikasi digital. Penilaian memperhatikan kebaruan, kreativitas, manfaat, kelayakan, potensi dampak, replikasi, keberlanjutan, serta penghormatan terhadap keselamatan dan hak pihak lain. Untuk Innovathon, kecocokan solusi dengan masalah dan masukan problem owner menjadi pertimbangan utama.</w:t>
      </w:r>
    </w:p>
    <w:p w14:paraId="53D5DBDC"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Dalam juknis ini, invensi/inovasi adalah gagasan, produk, proses, metode, atau layanan yang menawarkan kebaruan atau perbaikan; peserta/inovator adalah individu atau tim yang mengajukan dan mengembangkan karya; kurasi adalah pemeriksaan administrasi dan substansi sebelum tahap penilaian; sedangkan exhibition adalah forum untuk menampilkan karya dan mempertemukan inovator dengan calon pengguna. Challenge adalah permasalahan yang dibuka pada Surabaya Innovathon, sementara challenge brief merupakan penjelasan terstruktur mengenai masalah, kondisi saat ini, ruang lingkup, batasan, dan hasil yang diharapkan.</w:t>
      </w:r>
    </w:p>
    <w:p w14:paraId="4E605838" w14:textId="77777777" w:rsidR="00A82D36" w:rsidRDefault="00000000" w:rsidP="00215E31">
      <w:pPr>
        <w:spacing w:line="360" w:lineRule="auto"/>
        <w:jc w:val="both"/>
        <w:rPr>
          <w:rFonts w:cs="Times New Roman"/>
          <w:sz w:val="24"/>
          <w:szCs w:val="24"/>
        </w:rPr>
      </w:pPr>
      <w:r w:rsidRPr="00215E31">
        <w:rPr>
          <w:rFonts w:cs="Times New Roman"/>
          <w:sz w:val="24"/>
          <w:szCs w:val="24"/>
        </w:rPr>
        <w:t xml:space="preserve">Showcase dan Innovathon memiliki karakter berbeda. Showcase terutama menilai karya yang sudah dimiliki atau dikembangkan serta bukti manfaat dan peluang penerapannya. Innovathon menilai proses memahami masalah dan membangun solusi dalam waktu kegiatan, termasuk pembelajaran dari validasi. Peserta tidak dapat menganggap kedua jalur sebagai kategori yang sama; pendaftaran dan keluaran masing-masing mengikuti </w:t>
      </w:r>
      <w:proofErr w:type="spellStart"/>
      <w:r w:rsidRPr="00215E31">
        <w:rPr>
          <w:rFonts w:cs="Times New Roman"/>
          <w:sz w:val="24"/>
          <w:szCs w:val="24"/>
        </w:rPr>
        <w:t>ketentuan</w:t>
      </w:r>
      <w:proofErr w:type="spellEnd"/>
      <w:r w:rsidRPr="00215E31">
        <w:rPr>
          <w:rFonts w:cs="Times New Roman"/>
          <w:sz w:val="24"/>
          <w:szCs w:val="24"/>
        </w:rPr>
        <w:t xml:space="preserve"> </w:t>
      </w:r>
      <w:proofErr w:type="spellStart"/>
      <w:r w:rsidRPr="00215E31">
        <w:rPr>
          <w:rFonts w:cs="Times New Roman"/>
          <w:sz w:val="24"/>
          <w:szCs w:val="24"/>
        </w:rPr>
        <w:t>jalur</w:t>
      </w:r>
      <w:proofErr w:type="spellEnd"/>
      <w:r w:rsidRPr="00215E31">
        <w:rPr>
          <w:rFonts w:cs="Times New Roman"/>
          <w:sz w:val="24"/>
          <w:szCs w:val="24"/>
        </w:rPr>
        <w:t xml:space="preserve"> yang </w:t>
      </w:r>
      <w:proofErr w:type="spellStart"/>
      <w:r w:rsidRPr="00215E31">
        <w:rPr>
          <w:rFonts w:cs="Times New Roman"/>
          <w:sz w:val="24"/>
          <w:szCs w:val="24"/>
        </w:rPr>
        <w:t>dipilih</w:t>
      </w:r>
      <w:proofErr w:type="spellEnd"/>
      <w:r w:rsidRPr="00215E31">
        <w:rPr>
          <w:rFonts w:cs="Times New Roman"/>
          <w:sz w:val="24"/>
          <w:szCs w:val="24"/>
        </w:rPr>
        <w:t>.</w:t>
      </w:r>
    </w:p>
    <w:p w14:paraId="78794A08" w14:textId="77777777" w:rsidR="00215E31" w:rsidRDefault="00215E31" w:rsidP="00215E31">
      <w:pPr>
        <w:spacing w:line="360" w:lineRule="auto"/>
        <w:jc w:val="both"/>
        <w:rPr>
          <w:rFonts w:cs="Times New Roman"/>
          <w:sz w:val="24"/>
          <w:szCs w:val="24"/>
        </w:rPr>
      </w:pPr>
    </w:p>
    <w:p w14:paraId="63BCC416" w14:textId="77777777" w:rsidR="00215E31" w:rsidRDefault="00215E31" w:rsidP="00215E31">
      <w:pPr>
        <w:spacing w:line="360" w:lineRule="auto"/>
        <w:jc w:val="both"/>
        <w:rPr>
          <w:rFonts w:cs="Times New Roman"/>
          <w:sz w:val="24"/>
          <w:szCs w:val="24"/>
        </w:rPr>
      </w:pPr>
    </w:p>
    <w:p w14:paraId="40E48A59" w14:textId="77777777" w:rsidR="00215E31" w:rsidRDefault="00215E31" w:rsidP="00215E31">
      <w:pPr>
        <w:spacing w:line="360" w:lineRule="auto"/>
        <w:jc w:val="both"/>
        <w:rPr>
          <w:rFonts w:cs="Times New Roman"/>
          <w:sz w:val="24"/>
          <w:szCs w:val="24"/>
        </w:rPr>
      </w:pPr>
    </w:p>
    <w:p w14:paraId="7A179302" w14:textId="77777777" w:rsidR="00215E31" w:rsidRDefault="00215E31" w:rsidP="00215E31">
      <w:pPr>
        <w:spacing w:line="360" w:lineRule="auto"/>
        <w:jc w:val="both"/>
        <w:rPr>
          <w:rFonts w:cs="Times New Roman"/>
          <w:sz w:val="24"/>
          <w:szCs w:val="24"/>
        </w:rPr>
      </w:pPr>
    </w:p>
    <w:p w14:paraId="562EC79F" w14:textId="77777777" w:rsidR="00215E31" w:rsidRDefault="00215E31" w:rsidP="00215E31">
      <w:pPr>
        <w:spacing w:line="360" w:lineRule="auto"/>
        <w:jc w:val="both"/>
        <w:rPr>
          <w:rFonts w:cs="Times New Roman"/>
          <w:sz w:val="24"/>
          <w:szCs w:val="24"/>
        </w:rPr>
      </w:pPr>
    </w:p>
    <w:p w14:paraId="18E359ED" w14:textId="77777777" w:rsidR="00215E31" w:rsidRDefault="00215E31" w:rsidP="00215E31">
      <w:pPr>
        <w:spacing w:line="360" w:lineRule="auto"/>
        <w:jc w:val="both"/>
        <w:rPr>
          <w:rFonts w:cs="Times New Roman"/>
          <w:sz w:val="24"/>
          <w:szCs w:val="24"/>
        </w:rPr>
      </w:pPr>
    </w:p>
    <w:p w14:paraId="74F73B14" w14:textId="77777777" w:rsidR="00215E31" w:rsidRDefault="00215E31" w:rsidP="00215E31">
      <w:pPr>
        <w:spacing w:line="360" w:lineRule="auto"/>
        <w:jc w:val="both"/>
        <w:rPr>
          <w:rFonts w:cs="Times New Roman"/>
          <w:sz w:val="24"/>
          <w:szCs w:val="24"/>
        </w:rPr>
      </w:pPr>
    </w:p>
    <w:p w14:paraId="2995ED42" w14:textId="77777777" w:rsidR="00215E31" w:rsidRDefault="00215E31" w:rsidP="00215E31">
      <w:pPr>
        <w:spacing w:line="360" w:lineRule="auto"/>
        <w:jc w:val="both"/>
        <w:rPr>
          <w:rFonts w:cs="Times New Roman"/>
          <w:sz w:val="24"/>
          <w:szCs w:val="24"/>
        </w:rPr>
      </w:pPr>
    </w:p>
    <w:p w14:paraId="1531E464" w14:textId="77777777" w:rsidR="00215E31" w:rsidRDefault="00215E31" w:rsidP="00215E31">
      <w:pPr>
        <w:spacing w:line="360" w:lineRule="auto"/>
        <w:jc w:val="both"/>
        <w:rPr>
          <w:rFonts w:cs="Times New Roman"/>
          <w:sz w:val="24"/>
          <w:szCs w:val="24"/>
        </w:rPr>
      </w:pPr>
    </w:p>
    <w:p w14:paraId="28FBA1BF" w14:textId="77777777" w:rsidR="00215E31" w:rsidRDefault="00215E31" w:rsidP="00215E31">
      <w:pPr>
        <w:spacing w:line="360" w:lineRule="auto"/>
        <w:jc w:val="both"/>
        <w:rPr>
          <w:rFonts w:cs="Times New Roman"/>
          <w:sz w:val="24"/>
          <w:szCs w:val="24"/>
        </w:rPr>
      </w:pPr>
    </w:p>
    <w:p w14:paraId="315D39D5" w14:textId="77777777" w:rsidR="00215E31" w:rsidRPr="00215E31" w:rsidRDefault="00215E31" w:rsidP="00215E31">
      <w:pPr>
        <w:spacing w:line="360" w:lineRule="auto"/>
        <w:jc w:val="both"/>
        <w:rPr>
          <w:rFonts w:cs="Times New Roman"/>
          <w:sz w:val="24"/>
          <w:szCs w:val="24"/>
        </w:rPr>
      </w:pPr>
    </w:p>
    <w:p w14:paraId="61253941" w14:textId="77777777" w:rsidR="00A82D36" w:rsidRDefault="00000000" w:rsidP="00215E31">
      <w:pPr>
        <w:pStyle w:val="Heading1"/>
        <w:spacing w:line="360" w:lineRule="auto"/>
        <w:jc w:val="center"/>
        <w:rPr>
          <w:rFonts w:ascii="Times New Roman" w:hAnsi="Times New Roman" w:cs="Times New Roman"/>
          <w:color w:val="auto"/>
          <w:sz w:val="32"/>
          <w:szCs w:val="32"/>
        </w:rPr>
      </w:pPr>
      <w:r w:rsidRPr="00215E31">
        <w:rPr>
          <w:rFonts w:ascii="Times New Roman" w:hAnsi="Times New Roman" w:cs="Times New Roman"/>
          <w:color w:val="auto"/>
          <w:sz w:val="32"/>
          <w:szCs w:val="32"/>
        </w:rPr>
        <w:t>BAB II. INOVBOYO SHOWCASE</w:t>
      </w:r>
    </w:p>
    <w:p w14:paraId="3AE09366" w14:textId="77777777" w:rsidR="00215E31" w:rsidRPr="00215E31" w:rsidRDefault="00215E31" w:rsidP="00215E31">
      <w:pPr>
        <w:spacing w:line="360" w:lineRule="auto"/>
      </w:pPr>
    </w:p>
    <w:p w14:paraId="6C125571" w14:textId="083AC171" w:rsidR="00A82D36" w:rsidRPr="00215E31" w:rsidRDefault="00C44817" w:rsidP="00215E31">
      <w:pPr>
        <w:pStyle w:val="Heading2"/>
        <w:numPr>
          <w:ilvl w:val="1"/>
          <w:numId w:val="12"/>
        </w:num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roofErr w:type="spellStart"/>
      <w:r w:rsidR="00000000" w:rsidRPr="00215E31">
        <w:rPr>
          <w:rFonts w:ascii="Times New Roman" w:hAnsi="Times New Roman" w:cs="Times New Roman"/>
          <w:color w:val="auto"/>
          <w:sz w:val="28"/>
          <w:szCs w:val="28"/>
        </w:rPr>
        <w:t>Peserta</w:t>
      </w:r>
      <w:proofErr w:type="spellEnd"/>
      <w:r w:rsidR="00000000" w:rsidRPr="00215E31">
        <w:rPr>
          <w:rFonts w:ascii="Times New Roman" w:hAnsi="Times New Roman" w:cs="Times New Roman"/>
          <w:color w:val="auto"/>
          <w:sz w:val="28"/>
          <w:szCs w:val="28"/>
        </w:rPr>
        <w:t xml:space="preserve"> dan </w:t>
      </w:r>
      <w:proofErr w:type="spellStart"/>
      <w:r w:rsidR="00000000" w:rsidRPr="00215E31">
        <w:rPr>
          <w:rFonts w:ascii="Times New Roman" w:hAnsi="Times New Roman" w:cs="Times New Roman"/>
          <w:color w:val="auto"/>
          <w:sz w:val="28"/>
          <w:szCs w:val="28"/>
        </w:rPr>
        <w:t>Kategori</w:t>
      </w:r>
      <w:proofErr w:type="spellEnd"/>
    </w:p>
    <w:p w14:paraId="7BB084CF" w14:textId="04607123" w:rsidR="00215E31" w:rsidRPr="00132883" w:rsidRDefault="00000000" w:rsidP="00132883">
      <w:pPr>
        <w:pStyle w:val="ListParagraph"/>
        <w:numPr>
          <w:ilvl w:val="0"/>
          <w:numId w:val="20"/>
        </w:numPr>
        <w:spacing w:line="360" w:lineRule="auto"/>
        <w:jc w:val="both"/>
        <w:rPr>
          <w:rFonts w:cs="Times New Roman"/>
          <w:sz w:val="24"/>
          <w:szCs w:val="24"/>
        </w:rPr>
      </w:pPr>
      <w:r w:rsidRPr="00132883">
        <w:rPr>
          <w:rFonts w:cs="Times New Roman"/>
          <w:sz w:val="24"/>
          <w:szCs w:val="24"/>
        </w:rPr>
        <w:t xml:space="preserve">Peserta dapat berasal dari pelajar, mahasiswa, perguruan tinggi, startup, komunitas, inventor, </w:t>
      </w:r>
      <w:proofErr w:type="spellStart"/>
      <w:r w:rsidRPr="00132883">
        <w:rPr>
          <w:rFonts w:cs="Times New Roman"/>
          <w:sz w:val="24"/>
          <w:szCs w:val="24"/>
        </w:rPr>
        <w:t>pelaku</w:t>
      </w:r>
      <w:proofErr w:type="spellEnd"/>
      <w:r w:rsidRPr="00132883">
        <w:rPr>
          <w:rFonts w:cs="Times New Roman"/>
          <w:sz w:val="24"/>
          <w:szCs w:val="24"/>
        </w:rPr>
        <w:t xml:space="preserve"> UMKM, </w:t>
      </w:r>
      <w:proofErr w:type="spellStart"/>
      <w:r w:rsidRPr="00132883">
        <w:rPr>
          <w:rFonts w:cs="Times New Roman"/>
          <w:sz w:val="24"/>
          <w:szCs w:val="24"/>
        </w:rPr>
        <w:t>organisasi</w:t>
      </w:r>
      <w:proofErr w:type="spellEnd"/>
      <w:r w:rsidRPr="00132883">
        <w:rPr>
          <w:rFonts w:cs="Times New Roman"/>
          <w:sz w:val="24"/>
          <w:szCs w:val="24"/>
        </w:rPr>
        <w:t xml:space="preserve"> </w:t>
      </w:r>
      <w:proofErr w:type="spellStart"/>
      <w:r w:rsidRPr="00132883">
        <w:rPr>
          <w:rFonts w:cs="Times New Roman"/>
          <w:sz w:val="24"/>
          <w:szCs w:val="24"/>
        </w:rPr>
        <w:t>masyarakat</w:t>
      </w:r>
      <w:proofErr w:type="spellEnd"/>
      <w:r w:rsidRPr="00132883">
        <w:rPr>
          <w:rFonts w:cs="Times New Roman"/>
          <w:sz w:val="24"/>
          <w:szCs w:val="24"/>
        </w:rPr>
        <w:t>,</w:t>
      </w:r>
      <w:r w:rsidR="00132883">
        <w:rPr>
          <w:rFonts w:cs="Times New Roman"/>
          <w:sz w:val="24"/>
          <w:szCs w:val="24"/>
        </w:rPr>
        <w:t xml:space="preserve"> ASN</w:t>
      </w:r>
      <w:r w:rsidRPr="00132883">
        <w:rPr>
          <w:rFonts w:cs="Times New Roman"/>
          <w:sz w:val="24"/>
          <w:szCs w:val="24"/>
        </w:rPr>
        <w:t xml:space="preserve"> dan </w:t>
      </w:r>
      <w:proofErr w:type="spellStart"/>
      <w:r w:rsidRPr="00132883">
        <w:rPr>
          <w:rFonts w:cs="Times New Roman"/>
          <w:sz w:val="24"/>
          <w:szCs w:val="24"/>
        </w:rPr>
        <w:t>masyarakat</w:t>
      </w:r>
      <w:proofErr w:type="spellEnd"/>
      <w:r w:rsidRPr="00132883">
        <w:rPr>
          <w:rFonts w:cs="Times New Roman"/>
          <w:sz w:val="24"/>
          <w:szCs w:val="24"/>
        </w:rPr>
        <w:t xml:space="preserve"> </w:t>
      </w:r>
      <w:proofErr w:type="spellStart"/>
      <w:r w:rsidRPr="00132883">
        <w:rPr>
          <w:rFonts w:cs="Times New Roman"/>
          <w:sz w:val="24"/>
          <w:szCs w:val="24"/>
        </w:rPr>
        <w:t>umum</w:t>
      </w:r>
      <w:proofErr w:type="spellEnd"/>
      <w:r w:rsidR="00EB3D78">
        <w:rPr>
          <w:rFonts w:cs="Times New Roman"/>
          <w:sz w:val="24"/>
          <w:szCs w:val="24"/>
        </w:rPr>
        <w:t>.</w:t>
      </w:r>
    </w:p>
    <w:p w14:paraId="11AE186C" w14:textId="491D4EAF" w:rsidR="00132883" w:rsidRDefault="00132883" w:rsidP="00132883">
      <w:pPr>
        <w:pStyle w:val="ListParagraph"/>
        <w:numPr>
          <w:ilvl w:val="0"/>
          <w:numId w:val="20"/>
        </w:numPr>
        <w:spacing w:line="360" w:lineRule="auto"/>
        <w:jc w:val="both"/>
        <w:rPr>
          <w:rFonts w:cs="Times New Roman"/>
          <w:sz w:val="24"/>
          <w:szCs w:val="24"/>
        </w:rPr>
      </w:pPr>
      <w:proofErr w:type="spellStart"/>
      <w:r w:rsidRPr="00132883">
        <w:rPr>
          <w:rFonts w:cs="Times New Roman"/>
          <w:sz w:val="24"/>
          <w:szCs w:val="24"/>
        </w:rPr>
        <w:t>Peserta</w:t>
      </w:r>
      <w:proofErr w:type="spellEnd"/>
      <w:r w:rsidRPr="00132883">
        <w:rPr>
          <w:rFonts w:cs="Times New Roman"/>
          <w:sz w:val="24"/>
          <w:szCs w:val="24"/>
        </w:rPr>
        <w:t xml:space="preserve"> </w:t>
      </w:r>
      <w:proofErr w:type="spellStart"/>
      <w:r w:rsidRPr="00132883">
        <w:rPr>
          <w:rFonts w:cs="Times New Roman"/>
          <w:sz w:val="24"/>
          <w:szCs w:val="24"/>
        </w:rPr>
        <w:t>bisa</w:t>
      </w:r>
      <w:proofErr w:type="spellEnd"/>
      <w:r w:rsidRPr="00132883">
        <w:rPr>
          <w:rFonts w:cs="Times New Roman"/>
          <w:sz w:val="24"/>
          <w:szCs w:val="24"/>
        </w:rPr>
        <w:t xml:space="preserve"> </w:t>
      </w:r>
      <w:proofErr w:type="spellStart"/>
      <w:r w:rsidRPr="00132883">
        <w:rPr>
          <w:rFonts w:cs="Times New Roman"/>
          <w:sz w:val="24"/>
          <w:szCs w:val="24"/>
        </w:rPr>
        <w:t>individu</w:t>
      </w:r>
      <w:proofErr w:type="spellEnd"/>
      <w:r w:rsidRPr="00132883">
        <w:rPr>
          <w:rFonts w:cs="Times New Roman"/>
          <w:sz w:val="24"/>
          <w:szCs w:val="24"/>
        </w:rPr>
        <w:t xml:space="preserve"> </w:t>
      </w:r>
      <w:proofErr w:type="spellStart"/>
      <w:r w:rsidRPr="00132883">
        <w:rPr>
          <w:rFonts w:cs="Times New Roman"/>
          <w:sz w:val="24"/>
          <w:szCs w:val="24"/>
        </w:rPr>
        <w:t>maupun</w:t>
      </w:r>
      <w:proofErr w:type="spellEnd"/>
      <w:r w:rsidRPr="00132883">
        <w:rPr>
          <w:rFonts w:cs="Times New Roman"/>
          <w:sz w:val="24"/>
          <w:szCs w:val="24"/>
        </w:rPr>
        <w:t xml:space="preserve"> </w:t>
      </w:r>
      <w:proofErr w:type="spellStart"/>
      <w:r w:rsidRPr="00132883">
        <w:rPr>
          <w:rFonts w:cs="Times New Roman"/>
          <w:sz w:val="24"/>
          <w:szCs w:val="24"/>
        </w:rPr>
        <w:t>kelompok</w:t>
      </w:r>
      <w:proofErr w:type="spellEnd"/>
      <w:r w:rsidRPr="00132883">
        <w:rPr>
          <w:rFonts w:cs="Times New Roman"/>
          <w:sz w:val="24"/>
          <w:szCs w:val="24"/>
        </w:rPr>
        <w:t xml:space="preserve"> (</w:t>
      </w:r>
      <w:proofErr w:type="spellStart"/>
      <w:r w:rsidRPr="00132883">
        <w:rPr>
          <w:rFonts w:cs="Times New Roman"/>
          <w:sz w:val="24"/>
          <w:szCs w:val="24"/>
        </w:rPr>
        <w:t>maksimal</w:t>
      </w:r>
      <w:proofErr w:type="spellEnd"/>
      <w:r w:rsidRPr="00132883">
        <w:rPr>
          <w:rFonts w:cs="Times New Roman"/>
          <w:sz w:val="24"/>
          <w:szCs w:val="24"/>
        </w:rPr>
        <w:t xml:space="preserve"> 5 orang)</w:t>
      </w:r>
      <w:r w:rsidR="00EB3D78">
        <w:rPr>
          <w:rFonts w:cs="Times New Roman"/>
          <w:sz w:val="24"/>
          <w:szCs w:val="24"/>
        </w:rPr>
        <w:t>.</w:t>
      </w:r>
    </w:p>
    <w:p w14:paraId="775EA700" w14:textId="2331D0A0" w:rsidR="00EB3D78" w:rsidRPr="00132883" w:rsidRDefault="00EB3D78" w:rsidP="00132883">
      <w:pPr>
        <w:pStyle w:val="ListParagraph"/>
        <w:numPr>
          <w:ilvl w:val="0"/>
          <w:numId w:val="20"/>
        </w:numPr>
        <w:spacing w:line="360" w:lineRule="auto"/>
        <w:jc w:val="both"/>
        <w:rPr>
          <w:rFonts w:cs="Times New Roman"/>
          <w:sz w:val="24"/>
          <w:szCs w:val="24"/>
        </w:rPr>
      </w:pPr>
      <w:proofErr w:type="spellStart"/>
      <w:r>
        <w:rPr>
          <w:rFonts w:cs="Times New Roman"/>
          <w:sz w:val="24"/>
          <w:szCs w:val="24"/>
        </w:rPr>
        <w:t>Peserta</w:t>
      </w:r>
      <w:proofErr w:type="spellEnd"/>
      <w:r>
        <w:rPr>
          <w:rFonts w:cs="Times New Roman"/>
          <w:sz w:val="24"/>
          <w:szCs w:val="24"/>
        </w:rPr>
        <w:t xml:space="preserve"> Adalah </w:t>
      </w:r>
      <w:proofErr w:type="spellStart"/>
      <w:r>
        <w:rPr>
          <w:rFonts w:cs="Times New Roman"/>
          <w:sz w:val="24"/>
          <w:szCs w:val="24"/>
        </w:rPr>
        <w:t>warga</w:t>
      </w:r>
      <w:proofErr w:type="spellEnd"/>
      <w:r>
        <w:rPr>
          <w:rFonts w:cs="Times New Roman"/>
          <w:sz w:val="24"/>
          <w:szCs w:val="24"/>
        </w:rPr>
        <w:t xml:space="preserve"> </w:t>
      </w:r>
      <w:proofErr w:type="spellStart"/>
      <w:r>
        <w:rPr>
          <w:rFonts w:cs="Times New Roman"/>
          <w:sz w:val="24"/>
          <w:szCs w:val="24"/>
        </w:rPr>
        <w:t>kota</w:t>
      </w:r>
      <w:proofErr w:type="spellEnd"/>
      <w:r>
        <w:rPr>
          <w:rFonts w:cs="Times New Roman"/>
          <w:sz w:val="24"/>
          <w:szCs w:val="24"/>
        </w:rPr>
        <w:t xml:space="preserve"> Surabaya </w:t>
      </w:r>
      <w:proofErr w:type="spellStart"/>
      <w:r>
        <w:rPr>
          <w:rFonts w:cs="Times New Roman"/>
          <w:sz w:val="24"/>
          <w:szCs w:val="24"/>
        </w:rPr>
        <w:t>atau</w:t>
      </w:r>
      <w:proofErr w:type="spellEnd"/>
      <w:r>
        <w:rPr>
          <w:rFonts w:cs="Times New Roman"/>
          <w:sz w:val="24"/>
          <w:szCs w:val="24"/>
        </w:rPr>
        <w:t xml:space="preserve"> </w:t>
      </w:r>
      <w:proofErr w:type="spellStart"/>
      <w:r>
        <w:rPr>
          <w:rFonts w:cs="Times New Roman"/>
          <w:sz w:val="24"/>
          <w:szCs w:val="24"/>
        </w:rPr>
        <w:t>berdomisili</w:t>
      </w:r>
      <w:proofErr w:type="spellEnd"/>
      <w:r>
        <w:rPr>
          <w:rFonts w:cs="Times New Roman"/>
          <w:sz w:val="24"/>
          <w:szCs w:val="24"/>
        </w:rPr>
        <w:t xml:space="preserve"> (</w:t>
      </w:r>
      <w:proofErr w:type="spellStart"/>
      <w:r>
        <w:rPr>
          <w:rFonts w:cs="Times New Roman"/>
          <w:sz w:val="24"/>
          <w:szCs w:val="24"/>
        </w:rPr>
        <w:t>bekerja</w:t>
      </w:r>
      <w:proofErr w:type="spellEnd"/>
      <w:r>
        <w:rPr>
          <w:rFonts w:cs="Times New Roman"/>
          <w:sz w:val="24"/>
          <w:szCs w:val="24"/>
        </w:rPr>
        <w:t xml:space="preserve">, </w:t>
      </w:r>
      <w:proofErr w:type="spellStart"/>
      <w:r>
        <w:rPr>
          <w:rFonts w:cs="Times New Roman"/>
          <w:sz w:val="24"/>
          <w:szCs w:val="24"/>
        </w:rPr>
        <w:t>berkuliah</w:t>
      </w:r>
      <w:proofErr w:type="spellEnd"/>
      <w:r>
        <w:rPr>
          <w:rFonts w:cs="Times New Roman"/>
          <w:sz w:val="24"/>
          <w:szCs w:val="24"/>
        </w:rPr>
        <w:t xml:space="preserve">) di </w:t>
      </w:r>
      <w:proofErr w:type="spellStart"/>
      <w:r>
        <w:rPr>
          <w:rFonts w:cs="Times New Roman"/>
          <w:sz w:val="24"/>
          <w:szCs w:val="24"/>
        </w:rPr>
        <w:t>kota</w:t>
      </w:r>
      <w:proofErr w:type="spellEnd"/>
      <w:r>
        <w:rPr>
          <w:rFonts w:cs="Times New Roman"/>
          <w:sz w:val="24"/>
          <w:szCs w:val="24"/>
        </w:rPr>
        <w:t xml:space="preserve"> Surabaya.</w:t>
      </w:r>
    </w:p>
    <w:p w14:paraId="1EEDFAF4" w14:textId="77777777" w:rsidR="00215E31" w:rsidRDefault="00215E31" w:rsidP="00215E31">
      <w:pPr>
        <w:spacing w:line="360" w:lineRule="auto"/>
        <w:jc w:val="both"/>
        <w:rPr>
          <w:rFonts w:cs="Times New Roman"/>
          <w:sz w:val="24"/>
          <w:szCs w:val="24"/>
        </w:rPr>
      </w:pPr>
    </w:p>
    <w:p w14:paraId="6F39E2D8" w14:textId="74F874F0" w:rsidR="00132883" w:rsidRDefault="00132883" w:rsidP="00215E31">
      <w:pPr>
        <w:spacing w:line="360" w:lineRule="auto"/>
        <w:jc w:val="both"/>
        <w:rPr>
          <w:rFonts w:cs="Times New Roman"/>
          <w:sz w:val="24"/>
          <w:szCs w:val="24"/>
        </w:rPr>
      </w:pPr>
      <w:proofErr w:type="spellStart"/>
      <w:r>
        <w:rPr>
          <w:rFonts w:cs="Times New Roman"/>
          <w:sz w:val="24"/>
          <w:szCs w:val="24"/>
        </w:rPr>
        <w:t>Kategori</w:t>
      </w:r>
      <w:proofErr w:type="spellEnd"/>
      <w:r>
        <w:rPr>
          <w:rFonts w:cs="Times New Roman"/>
          <w:sz w:val="24"/>
          <w:szCs w:val="24"/>
        </w:rPr>
        <w:t xml:space="preserve"> </w:t>
      </w:r>
      <w:proofErr w:type="spellStart"/>
      <w:r>
        <w:rPr>
          <w:rFonts w:cs="Times New Roman"/>
          <w:sz w:val="24"/>
          <w:szCs w:val="24"/>
        </w:rPr>
        <w:t>lomba</w:t>
      </w:r>
      <w:proofErr w:type="spellEnd"/>
      <w:r>
        <w:rPr>
          <w:rFonts w:cs="Times New Roman"/>
          <w:sz w:val="24"/>
          <w:szCs w:val="24"/>
        </w:rPr>
        <w:t>:</w:t>
      </w:r>
    </w:p>
    <w:p w14:paraId="51D03DB0" w14:textId="77777777" w:rsidR="00215E31" w:rsidRPr="00215E31" w:rsidRDefault="00000000" w:rsidP="00215E31">
      <w:pPr>
        <w:pStyle w:val="ListParagraph"/>
        <w:numPr>
          <w:ilvl w:val="0"/>
          <w:numId w:val="13"/>
        </w:numPr>
        <w:spacing w:line="360" w:lineRule="auto"/>
        <w:jc w:val="both"/>
        <w:rPr>
          <w:rFonts w:cs="Times New Roman"/>
          <w:sz w:val="24"/>
          <w:szCs w:val="24"/>
        </w:rPr>
      </w:pPr>
      <w:r w:rsidRPr="00215E31">
        <w:rPr>
          <w:rFonts w:cs="Times New Roman"/>
          <w:sz w:val="24"/>
          <w:szCs w:val="24"/>
        </w:rPr>
        <w:t xml:space="preserve">Technology, Web and Digital Innovation: web/mobile, kecerdasan buatan, IoT dan data, platform digital, smart city, serta </w:t>
      </w:r>
      <w:proofErr w:type="spellStart"/>
      <w:r w:rsidRPr="00215E31">
        <w:rPr>
          <w:rFonts w:cs="Times New Roman"/>
          <w:sz w:val="24"/>
          <w:szCs w:val="24"/>
        </w:rPr>
        <w:t>layanan</w:t>
      </w:r>
      <w:proofErr w:type="spellEnd"/>
      <w:r w:rsidRPr="00215E31">
        <w:rPr>
          <w:rFonts w:cs="Times New Roman"/>
          <w:sz w:val="24"/>
          <w:szCs w:val="24"/>
        </w:rPr>
        <w:t xml:space="preserve"> </w:t>
      </w:r>
      <w:proofErr w:type="spellStart"/>
      <w:r w:rsidRPr="00215E31">
        <w:rPr>
          <w:rFonts w:cs="Times New Roman"/>
          <w:sz w:val="24"/>
          <w:szCs w:val="24"/>
        </w:rPr>
        <w:t>publik</w:t>
      </w:r>
      <w:proofErr w:type="spellEnd"/>
      <w:r w:rsidRPr="00215E31">
        <w:rPr>
          <w:rFonts w:cs="Times New Roman"/>
          <w:sz w:val="24"/>
          <w:szCs w:val="24"/>
        </w:rPr>
        <w:t xml:space="preserve"> </w:t>
      </w:r>
      <w:proofErr w:type="spellStart"/>
      <w:r w:rsidRPr="00215E31">
        <w:rPr>
          <w:rFonts w:cs="Times New Roman"/>
          <w:sz w:val="24"/>
          <w:szCs w:val="24"/>
        </w:rPr>
        <w:t>berbasis</w:t>
      </w:r>
      <w:proofErr w:type="spellEnd"/>
      <w:r w:rsidRPr="00215E31">
        <w:rPr>
          <w:rFonts w:cs="Times New Roman"/>
          <w:sz w:val="24"/>
          <w:szCs w:val="24"/>
        </w:rPr>
        <w:t xml:space="preserve"> </w:t>
      </w:r>
      <w:proofErr w:type="spellStart"/>
      <w:r w:rsidRPr="00215E31">
        <w:rPr>
          <w:rFonts w:cs="Times New Roman"/>
          <w:sz w:val="24"/>
          <w:szCs w:val="24"/>
        </w:rPr>
        <w:t>teknologi</w:t>
      </w:r>
      <w:proofErr w:type="spellEnd"/>
      <w:r w:rsidRPr="00215E31">
        <w:rPr>
          <w:rFonts w:cs="Times New Roman"/>
          <w:sz w:val="24"/>
          <w:szCs w:val="24"/>
        </w:rPr>
        <w:t>.</w:t>
      </w:r>
    </w:p>
    <w:p w14:paraId="1332F813" w14:textId="77777777" w:rsidR="00215E31" w:rsidRPr="00215E31" w:rsidRDefault="00000000" w:rsidP="00215E31">
      <w:pPr>
        <w:pStyle w:val="ListParagraph"/>
        <w:numPr>
          <w:ilvl w:val="0"/>
          <w:numId w:val="13"/>
        </w:numPr>
        <w:spacing w:line="360" w:lineRule="auto"/>
        <w:jc w:val="both"/>
        <w:rPr>
          <w:rFonts w:cs="Times New Roman"/>
          <w:sz w:val="24"/>
          <w:szCs w:val="24"/>
        </w:rPr>
      </w:pPr>
      <w:r w:rsidRPr="00215E31">
        <w:rPr>
          <w:rFonts w:cs="Times New Roman"/>
          <w:sz w:val="24"/>
          <w:szCs w:val="24"/>
        </w:rPr>
        <w:t xml:space="preserve">Agribusiness, Green and Renewable Energy: </w:t>
      </w:r>
      <w:proofErr w:type="spellStart"/>
      <w:r w:rsidRPr="00215E31">
        <w:rPr>
          <w:rFonts w:cs="Times New Roman"/>
          <w:sz w:val="24"/>
          <w:szCs w:val="24"/>
        </w:rPr>
        <w:t>agribisnis</w:t>
      </w:r>
      <w:proofErr w:type="spellEnd"/>
      <w:r w:rsidRPr="00215E31">
        <w:rPr>
          <w:rFonts w:cs="Times New Roman"/>
          <w:sz w:val="24"/>
          <w:szCs w:val="24"/>
        </w:rPr>
        <w:t xml:space="preserve">, pengelolaan limbah, ekonomi sirkular, teknologi </w:t>
      </w:r>
      <w:proofErr w:type="spellStart"/>
      <w:r w:rsidRPr="00215E31">
        <w:rPr>
          <w:rFonts w:cs="Times New Roman"/>
          <w:sz w:val="24"/>
          <w:szCs w:val="24"/>
        </w:rPr>
        <w:t>hijau</w:t>
      </w:r>
      <w:proofErr w:type="spellEnd"/>
      <w:r w:rsidRPr="00215E31">
        <w:rPr>
          <w:rFonts w:cs="Times New Roman"/>
          <w:sz w:val="24"/>
          <w:szCs w:val="24"/>
        </w:rPr>
        <w:t xml:space="preserve">, dan </w:t>
      </w:r>
      <w:proofErr w:type="spellStart"/>
      <w:r w:rsidRPr="00215E31">
        <w:rPr>
          <w:rFonts w:cs="Times New Roman"/>
          <w:sz w:val="24"/>
          <w:szCs w:val="24"/>
        </w:rPr>
        <w:t>energi</w:t>
      </w:r>
      <w:proofErr w:type="spellEnd"/>
      <w:r w:rsidRPr="00215E31">
        <w:rPr>
          <w:rFonts w:cs="Times New Roman"/>
          <w:sz w:val="24"/>
          <w:szCs w:val="24"/>
        </w:rPr>
        <w:t xml:space="preserve"> </w:t>
      </w:r>
      <w:proofErr w:type="spellStart"/>
      <w:r w:rsidRPr="00215E31">
        <w:rPr>
          <w:rFonts w:cs="Times New Roman"/>
          <w:sz w:val="24"/>
          <w:szCs w:val="24"/>
        </w:rPr>
        <w:t>terbarukan</w:t>
      </w:r>
      <w:proofErr w:type="spellEnd"/>
      <w:r w:rsidRPr="00215E31">
        <w:rPr>
          <w:rFonts w:cs="Times New Roman"/>
          <w:sz w:val="24"/>
          <w:szCs w:val="24"/>
        </w:rPr>
        <w:t>.</w:t>
      </w:r>
    </w:p>
    <w:p w14:paraId="66457EAD" w14:textId="77777777" w:rsidR="00215E31" w:rsidRPr="00215E31" w:rsidRDefault="00000000" w:rsidP="00215E31">
      <w:pPr>
        <w:pStyle w:val="ListParagraph"/>
        <w:numPr>
          <w:ilvl w:val="0"/>
          <w:numId w:val="13"/>
        </w:numPr>
        <w:spacing w:line="360" w:lineRule="auto"/>
        <w:jc w:val="both"/>
        <w:rPr>
          <w:rFonts w:cs="Times New Roman"/>
          <w:sz w:val="24"/>
          <w:szCs w:val="24"/>
        </w:rPr>
      </w:pPr>
      <w:r w:rsidRPr="00215E31">
        <w:rPr>
          <w:rFonts w:cs="Times New Roman"/>
          <w:sz w:val="24"/>
          <w:szCs w:val="24"/>
        </w:rPr>
        <w:t xml:space="preserve">Social and Population Innovation: </w:t>
      </w:r>
      <w:proofErr w:type="spellStart"/>
      <w:r w:rsidRPr="00215E31">
        <w:rPr>
          <w:rFonts w:cs="Times New Roman"/>
          <w:sz w:val="24"/>
          <w:szCs w:val="24"/>
        </w:rPr>
        <w:t>pendidikan</w:t>
      </w:r>
      <w:proofErr w:type="spellEnd"/>
      <w:r w:rsidRPr="00215E31">
        <w:rPr>
          <w:rFonts w:cs="Times New Roman"/>
          <w:sz w:val="24"/>
          <w:szCs w:val="24"/>
        </w:rPr>
        <w:t xml:space="preserve">, kesehatan, kependudukan, layanan publik, pemberdayaan masyarakat, UMKM, dan </w:t>
      </w:r>
      <w:proofErr w:type="spellStart"/>
      <w:r w:rsidRPr="00215E31">
        <w:rPr>
          <w:rFonts w:cs="Times New Roman"/>
          <w:sz w:val="24"/>
          <w:szCs w:val="24"/>
        </w:rPr>
        <w:t>inovasi</w:t>
      </w:r>
      <w:proofErr w:type="spellEnd"/>
      <w:r w:rsidRPr="00215E31">
        <w:rPr>
          <w:rFonts w:cs="Times New Roman"/>
          <w:sz w:val="24"/>
          <w:szCs w:val="24"/>
        </w:rPr>
        <w:t xml:space="preserve"> </w:t>
      </w:r>
      <w:proofErr w:type="spellStart"/>
      <w:r w:rsidRPr="00215E31">
        <w:rPr>
          <w:rFonts w:cs="Times New Roman"/>
          <w:sz w:val="24"/>
          <w:szCs w:val="24"/>
        </w:rPr>
        <w:t>sosial</w:t>
      </w:r>
      <w:proofErr w:type="spellEnd"/>
      <w:r w:rsidRPr="00215E31">
        <w:rPr>
          <w:rFonts w:cs="Times New Roman"/>
          <w:sz w:val="24"/>
          <w:szCs w:val="24"/>
        </w:rPr>
        <w:t>.</w:t>
      </w:r>
    </w:p>
    <w:p w14:paraId="3BD1E993" w14:textId="2022100C" w:rsidR="00A82D36" w:rsidRPr="00215E31" w:rsidRDefault="00000000" w:rsidP="00215E31">
      <w:pPr>
        <w:pStyle w:val="ListParagraph"/>
        <w:numPr>
          <w:ilvl w:val="0"/>
          <w:numId w:val="13"/>
        </w:numPr>
        <w:spacing w:line="360" w:lineRule="auto"/>
        <w:jc w:val="both"/>
        <w:rPr>
          <w:rFonts w:cs="Times New Roman"/>
          <w:sz w:val="24"/>
          <w:szCs w:val="24"/>
        </w:rPr>
      </w:pPr>
      <w:proofErr w:type="spellStart"/>
      <w:r w:rsidRPr="00215E31">
        <w:rPr>
          <w:rFonts w:cs="Times New Roman"/>
          <w:sz w:val="24"/>
          <w:szCs w:val="24"/>
        </w:rPr>
        <w:t>Inovboyo</w:t>
      </w:r>
      <w:proofErr w:type="spellEnd"/>
      <w:r w:rsidRPr="00215E31">
        <w:rPr>
          <w:rFonts w:cs="Times New Roman"/>
          <w:sz w:val="24"/>
          <w:szCs w:val="24"/>
        </w:rPr>
        <w:t xml:space="preserve"> Young Heroes: </w:t>
      </w:r>
      <w:proofErr w:type="spellStart"/>
      <w:r w:rsidRPr="00215E31">
        <w:rPr>
          <w:rFonts w:cs="Times New Roman"/>
          <w:sz w:val="24"/>
          <w:szCs w:val="24"/>
        </w:rPr>
        <w:t>inovasi</w:t>
      </w:r>
      <w:proofErr w:type="spellEnd"/>
      <w:r w:rsidRPr="00215E31">
        <w:rPr>
          <w:rFonts w:cs="Times New Roman"/>
          <w:sz w:val="24"/>
          <w:szCs w:val="24"/>
        </w:rPr>
        <w:t xml:space="preserve"> </w:t>
      </w:r>
      <w:proofErr w:type="spellStart"/>
      <w:r w:rsidRPr="00215E31">
        <w:rPr>
          <w:rFonts w:cs="Times New Roman"/>
          <w:sz w:val="24"/>
          <w:szCs w:val="24"/>
        </w:rPr>
        <w:t>pelajar</w:t>
      </w:r>
      <w:proofErr w:type="spellEnd"/>
      <w:r w:rsidRPr="00215E31">
        <w:rPr>
          <w:rFonts w:cs="Times New Roman"/>
          <w:sz w:val="24"/>
          <w:szCs w:val="24"/>
        </w:rPr>
        <w:t xml:space="preserve">, digital </w:t>
      </w:r>
      <w:proofErr w:type="spellStart"/>
      <w:r w:rsidRPr="00215E31">
        <w:rPr>
          <w:rFonts w:cs="Times New Roman"/>
          <w:sz w:val="24"/>
          <w:szCs w:val="24"/>
        </w:rPr>
        <w:t>maupun</w:t>
      </w:r>
      <w:proofErr w:type="spellEnd"/>
      <w:r w:rsidRPr="00215E31">
        <w:rPr>
          <w:rFonts w:cs="Times New Roman"/>
          <w:sz w:val="24"/>
          <w:szCs w:val="24"/>
        </w:rPr>
        <w:t xml:space="preserve"> non-digital, termasuk teknologi tepat guna dan inovasi sosial.</w:t>
      </w:r>
    </w:p>
    <w:p w14:paraId="694C5DA4" w14:textId="77777777" w:rsidR="00215E31" w:rsidRDefault="00215E31" w:rsidP="00215E31">
      <w:pPr>
        <w:pStyle w:val="Heading2"/>
        <w:spacing w:line="360" w:lineRule="auto"/>
        <w:jc w:val="both"/>
        <w:rPr>
          <w:rFonts w:ascii="Times New Roman" w:hAnsi="Times New Roman" w:cs="Times New Roman"/>
          <w:color w:val="auto"/>
          <w:sz w:val="24"/>
          <w:szCs w:val="24"/>
        </w:rPr>
      </w:pPr>
    </w:p>
    <w:p w14:paraId="6B2DD381" w14:textId="511BCA64" w:rsidR="00A82D36" w:rsidRPr="00912B07" w:rsidRDefault="00C44817" w:rsidP="00215E31">
      <w:pPr>
        <w:pStyle w:val="Heading2"/>
        <w:numPr>
          <w:ilvl w:val="1"/>
          <w:numId w:val="12"/>
        </w:num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roofErr w:type="spellStart"/>
      <w:r w:rsidR="00000000" w:rsidRPr="00912B07">
        <w:rPr>
          <w:rFonts w:ascii="Times New Roman" w:hAnsi="Times New Roman" w:cs="Times New Roman"/>
          <w:color w:val="auto"/>
          <w:sz w:val="28"/>
          <w:szCs w:val="28"/>
        </w:rPr>
        <w:t>Persyaratan</w:t>
      </w:r>
      <w:proofErr w:type="spellEnd"/>
      <w:r w:rsidR="00000000" w:rsidRPr="00912B07">
        <w:rPr>
          <w:rFonts w:ascii="Times New Roman" w:hAnsi="Times New Roman" w:cs="Times New Roman"/>
          <w:color w:val="auto"/>
          <w:sz w:val="28"/>
          <w:szCs w:val="28"/>
        </w:rPr>
        <w:t xml:space="preserve"> Karya</w:t>
      </w:r>
    </w:p>
    <w:p w14:paraId="44CDEE7F" w14:textId="77777777" w:rsidR="00215E31" w:rsidRDefault="00000000" w:rsidP="00215E31">
      <w:pPr>
        <w:pStyle w:val="ListBullet"/>
        <w:numPr>
          <w:ilvl w:val="0"/>
          <w:numId w:val="14"/>
        </w:numPr>
        <w:spacing w:line="360" w:lineRule="auto"/>
        <w:jc w:val="both"/>
        <w:rPr>
          <w:rFonts w:cs="Times New Roman"/>
          <w:sz w:val="24"/>
          <w:szCs w:val="24"/>
        </w:rPr>
      </w:pPr>
      <w:proofErr w:type="spellStart"/>
      <w:r w:rsidRPr="00215E31">
        <w:rPr>
          <w:rFonts w:cs="Times New Roman"/>
          <w:sz w:val="24"/>
          <w:szCs w:val="24"/>
        </w:rPr>
        <w:t>Peserta</w:t>
      </w:r>
      <w:proofErr w:type="spellEnd"/>
      <w:r w:rsidRPr="00215E31">
        <w:rPr>
          <w:rFonts w:cs="Times New Roman"/>
          <w:sz w:val="24"/>
          <w:szCs w:val="24"/>
        </w:rPr>
        <w:t xml:space="preserve"> </w:t>
      </w:r>
      <w:proofErr w:type="spellStart"/>
      <w:r w:rsidRPr="00215E31">
        <w:rPr>
          <w:rFonts w:cs="Times New Roman"/>
          <w:sz w:val="24"/>
          <w:szCs w:val="24"/>
        </w:rPr>
        <w:t>dapat</w:t>
      </w:r>
      <w:proofErr w:type="spellEnd"/>
      <w:r w:rsidRPr="00215E31">
        <w:rPr>
          <w:rFonts w:cs="Times New Roman"/>
          <w:sz w:val="24"/>
          <w:szCs w:val="24"/>
        </w:rPr>
        <w:t xml:space="preserve"> </w:t>
      </w:r>
      <w:proofErr w:type="spellStart"/>
      <w:r w:rsidRPr="00215E31">
        <w:rPr>
          <w:rFonts w:cs="Times New Roman"/>
          <w:sz w:val="24"/>
          <w:szCs w:val="24"/>
        </w:rPr>
        <w:t>mengajukan</w:t>
      </w:r>
      <w:proofErr w:type="spellEnd"/>
      <w:r w:rsidRPr="00215E31">
        <w:rPr>
          <w:rFonts w:cs="Times New Roman"/>
          <w:sz w:val="24"/>
          <w:szCs w:val="24"/>
        </w:rPr>
        <w:t xml:space="preserve"> </w:t>
      </w:r>
      <w:proofErr w:type="spellStart"/>
      <w:r w:rsidRPr="00215E31">
        <w:rPr>
          <w:rFonts w:cs="Times New Roman"/>
          <w:sz w:val="24"/>
          <w:szCs w:val="24"/>
        </w:rPr>
        <w:t>lebih</w:t>
      </w:r>
      <w:proofErr w:type="spellEnd"/>
      <w:r w:rsidRPr="00215E31">
        <w:rPr>
          <w:rFonts w:cs="Times New Roman"/>
          <w:sz w:val="24"/>
          <w:szCs w:val="24"/>
        </w:rPr>
        <w:t xml:space="preserve"> dari satu usulan; setiap usulan harus didaftarkan terpisah dan memiliki deskripsi </w:t>
      </w:r>
      <w:proofErr w:type="spellStart"/>
      <w:r w:rsidRPr="00215E31">
        <w:rPr>
          <w:rFonts w:cs="Times New Roman"/>
          <w:sz w:val="24"/>
          <w:szCs w:val="24"/>
        </w:rPr>
        <w:t>serta</w:t>
      </w:r>
      <w:proofErr w:type="spellEnd"/>
      <w:r w:rsidRPr="00215E31">
        <w:rPr>
          <w:rFonts w:cs="Times New Roman"/>
          <w:sz w:val="24"/>
          <w:szCs w:val="24"/>
        </w:rPr>
        <w:t xml:space="preserve"> </w:t>
      </w:r>
      <w:proofErr w:type="spellStart"/>
      <w:r w:rsidRPr="00215E31">
        <w:rPr>
          <w:rFonts w:cs="Times New Roman"/>
          <w:sz w:val="24"/>
          <w:szCs w:val="24"/>
        </w:rPr>
        <w:t>materi</w:t>
      </w:r>
      <w:proofErr w:type="spellEnd"/>
      <w:r w:rsidRPr="00215E31">
        <w:rPr>
          <w:rFonts w:cs="Times New Roman"/>
          <w:sz w:val="24"/>
          <w:szCs w:val="24"/>
        </w:rPr>
        <w:t xml:space="preserve"> </w:t>
      </w:r>
      <w:proofErr w:type="spellStart"/>
      <w:r w:rsidRPr="00215E31">
        <w:rPr>
          <w:rFonts w:cs="Times New Roman"/>
          <w:sz w:val="24"/>
          <w:szCs w:val="24"/>
        </w:rPr>
        <w:t>pendukungnya</w:t>
      </w:r>
      <w:proofErr w:type="spellEnd"/>
      <w:r w:rsidRPr="00215E31">
        <w:rPr>
          <w:rFonts w:cs="Times New Roman"/>
          <w:sz w:val="24"/>
          <w:szCs w:val="24"/>
        </w:rPr>
        <w:t xml:space="preserve"> </w:t>
      </w:r>
      <w:proofErr w:type="spellStart"/>
      <w:r w:rsidRPr="00215E31">
        <w:rPr>
          <w:rFonts w:cs="Times New Roman"/>
          <w:sz w:val="24"/>
          <w:szCs w:val="24"/>
        </w:rPr>
        <w:t>sendiri</w:t>
      </w:r>
      <w:proofErr w:type="spellEnd"/>
      <w:r w:rsidRPr="00215E31">
        <w:rPr>
          <w:rFonts w:cs="Times New Roman"/>
          <w:sz w:val="24"/>
          <w:szCs w:val="24"/>
        </w:rPr>
        <w:t>.</w:t>
      </w:r>
    </w:p>
    <w:p w14:paraId="56259182" w14:textId="77777777" w:rsidR="00215E31" w:rsidRDefault="00000000" w:rsidP="00215E31">
      <w:pPr>
        <w:pStyle w:val="ListBullet"/>
        <w:numPr>
          <w:ilvl w:val="0"/>
          <w:numId w:val="14"/>
        </w:numPr>
        <w:spacing w:line="360" w:lineRule="auto"/>
        <w:jc w:val="both"/>
        <w:rPr>
          <w:rFonts w:cs="Times New Roman"/>
          <w:sz w:val="24"/>
          <w:szCs w:val="24"/>
        </w:rPr>
      </w:pPr>
      <w:proofErr w:type="spellStart"/>
      <w:r w:rsidRPr="00215E31">
        <w:rPr>
          <w:rFonts w:cs="Times New Roman"/>
          <w:sz w:val="24"/>
          <w:szCs w:val="24"/>
        </w:rPr>
        <w:t>Invensi</w:t>
      </w:r>
      <w:proofErr w:type="spellEnd"/>
      <w:r w:rsidRPr="00215E31">
        <w:rPr>
          <w:rFonts w:cs="Times New Roman"/>
          <w:sz w:val="24"/>
          <w:szCs w:val="24"/>
        </w:rPr>
        <w:t>/</w:t>
      </w:r>
      <w:proofErr w:type="spellStart"/>
      <w:r w:rsidRPr="00215E31">
        <w:rPr>
          <w:rFonts w:cs="Times New Roman"/>
          <w:sz w:val="24"/>
          <w:szCs w:val="24"/>
        </w:rPr>
        <w:t>inovasi</w:t>
      </w:r>
      <w:proofErr w:type="spellEnd"/>
      <w:r w:rsidRPr="00215E31">
        <w:rPr>
          <w:rFonts w:cs="Times New Roman"/>
          <w:sz w:val="24"/>
          <w:szCs w:val="24"/>
        </w:rPr>
        <w:t xml:space="preserve"> </w:t>
      </w:r>
      <w:proofErr w:type="spellStart"/>
      <w:r w:rsidRPr="00215E31">
        <w:rPr>
          <w:rFonts w:cs="Times New Roman"/>
          <w:sz w:val="24"/>
          <w:szCs w:val="24"/>
        </w:rPr>
        <w:t>harus</w:t>
      </w:r>
      <w:proofErr w:type="spellEnd"/>
      <w:r w:rsidRPr="00215E31">
        <w:rPr>
          <w:rFonts w:cs="Times New Roman"/>
          <w:sz w:val="24"/>
          <w:szCs w:val="24"/>
        </w:rPr>
        <w:t xml:space="preserve"> </w:t>
      </w:r>
      <w:proofErr w:type="spellStart"/>
      <w:r w:rsidRPr="00215E31">
        <w:rPr>
          <w:rFonts w:cs="Times New Roman"/>
          <w:sz w:val="24"/>
          <w:szCs w:val="24"/>
        </w:rPr>
        <w:t>orisinal</w:t>
      </w:r>
      <w:proofErr w:type="spellEnd"/>
      <w:r w:rsidRPr="00215E31">
        <w:rPr>
          <w:rFonts w:cs="Times New Roman"/>
          <w:sz w:val="24"/>
          <w:szCs w:val="24"/>
        </w:rPr>
        <w:t xml:space="preserve">, </w:t>
      </w:r>
      <w:proofErr w:type="spellStart"/>
      <w:r w:rsidRPr="00215E31">
        <w:rPr>
          <w:rFonts w:cs="Times New Roman"/>
          <w:sz w:val="24"/>
          <w:szCs w:val="24"/>
        </w:rPr>
        <w:t>informasinya</w:t>
      </w:r>
      <w:proofErr w:type="spellEnd"/>
      <w:r w:rsidRPr="00215E31">
        <w:rPr>
          <w:rFonts w:cs="Times New Roman"/>
          <w:sz w:val="24"/>
          <w:szCs w:val="24"/>
        </w:rPr>
        <w:t xml:space="preserve"> </w:t>
      </w:r>
      <w:proofErr w:type="spellStart"/>
      <w:r w:rsidRPr="00215E31">
        <w:rPr>
          <w:rFonts w:cs="Times New Roman"/>
          <w:sz w:val="24"/>
          <w:szCs w:val="24"/>
        </w:rPr>
        <w:t>benar</w:t>
      </w:r>
      <w:proofErr w:type="spellEnd"/>
      <w:r w:rsidRPr="00215E31">
        <w:rPr>
          <w:rFonts w:cs="Times New Roman"/>
          <w:sz w:val="24"/>
          <w:szCs w:val="24"/>
        </w:rPr>
        <w:t xml:space="preserve">, dan dapat dijelaskan manfaat, kebaruan, cara kerja, tahap pengembangan atau </w:t>
      </w:r>
      <w:proofErr w:type="spellStart"/>
      <w:r w:rsidRPr="00215E31">
        <w:rPr>
          <w:rFonts w:cs="Times New Roman"/>
          <w:sz w:val="24"/>
          <w:szCs w:val="24"/>
        </w:rPr>
        <w:t>penerapannya</w:t>
      </w:r>
      <w:proofErr w:type="spellEnd"/>
      <w:r w:rsidRPr="00215E31">
        <w:rPr>
          <w:rFonts w:cs="Times New Roman"/>
          <w:sz w:val="24"/>
          <w:szCs w:val="24"/>
        </w:rPr>
        <w:t xml:space="preserve">, </w:t>
      </w:r>
      <w:proofErr w:type="spellStart"/>
      <w:r w:rsidRPr="00215E31">
        <w:rPr>
          <w:rFonts w:cs="Times New Roman"/>
          <w:sz w:val="24"/>
          <w:szCs w:val="24"/>
        </w:rPr>
        <w:t>serta</w:t>
      </w:r>
      <w:proofErr w:type="spellEnd"/>
      <w:r w:rsidRPr="00215E31">
        <w:rPr>
          <w:rFonts w:cs="Times New Roman"/>
          <w:sz w:val="24"/>
          <w:szCs w:val="24"/>
        </w:rPr>
        <w:t xml:space="preserve"> </w:t>
      </w:r>
      <w:proofErr w:type="spellStart"/>
      <w:r w:rsidRPr="00215E31">
        <w:rPr>
          <w:rFonts w:cs="Times New Roman"/>
          <w:sz w:val="24"/>
          <w:szCs w:val="24"/>
        </w:rPr>
        <w:t>peluang</w:t>
      </w:r>
      <w:proofErr w:type="spellEnd"/>
      <w:r w:rsidRPr="00215E31">
        <w:rPr>
          <w:rFonts w:cs="Times New Roman"/>
          <w:sz w:val="24"/>
          <w:szCs w:val="24"/>
        </w:rPr>
        <w:t xml:space="preserve"> </w:t>
      </w:r>
      <w:proofErr w:type="spellStart"/>
      <w:r w:rsidRPr="00215E31">
        <w:rPr>
          <w:rFonts w:cs="Times New Roman"/>
          <w:sz w:val="24"/>
          <w:szCs w:val="24"/>
        </w:rPr>
        <w:t>pengembangan</w:t>
      </w:r>
      <w:proofErr w:type="spellEnd"/>
      <w:r w:rsidRPr="00215E31">
        <w:rPr>
          <w:rFonts w:cs="Times New Roman"/>
          <w:sz w:val="24"/>
          <w:szCs w:val="24"/>
        </w:rPr>
        <w:t>.</w:t>
      </w:r>
    </w:p>
    <w:p w14:paraId="175CEE69" w14:textId="77777777" w:rsidR="00215E31" w:rsidRDefault="00000000" w:rsidP="00215E31">
      <w:pPr>
        <w:pStyle w:val="ListBullet"/>
        <w:numPr>
          <w:ilvl w:val="0"/>
          <w:numId w:val="14"/>
        </w:numPr>
        <w:spacing w:line="360" w:lineRule="auto"/>
        <w:jc w:val="both"/>
        <w:rPr>
          <w:rFonts w:cs="Times New Roman"/>
          <w:sz w:val="24"/>
          <w:szCs w:val="24"/>
        </w:rPr>
      </w:pPr>
      <w:r w:rsidRPr="00215E31">
        <w:rPr>
          <w:rFonts w:cs="Times New Roman"/>
          <w:sz w:val="24"/>
          <w:szCs w:val="24"/>
        </w:rPr>
        <w:t xml:space="preserve">Karya yang </w:t>
      </w:r>
      <w:proofErr w:type="spellStart"/>
      <w:r w:rsidRPr="00215E31">
        <w:rPr>
          <w:rFonts w:cs="Times New Roman"/>
          <w:sz w:val="24"/>
          <w:szCs w:val="24"/>
        </w:rPr>
        <w:t>pernah</w:t>
      </w:r>
      <w:proofErr w:type="spellEnd"/>
      <w:r w:rsidRPr="00215E31">
        <w:rPr>
          <w:rFonts w:cs="Times New Roman"/>
          <w:sz w:val="24"/>
          <w:szCs w:val="24"/>
        </w:rPr>
        <w:t xml:space="preserve"> </w:t>
      </w:r>
      <w:proofErr w:type="spellStart"/>
      <w:r w:rsidRPr="00215E31">
        <w:rPr>
          <w:rFonts w:cs="Times New Roman"/>
          <w:sz w:val="24"/>
          <w:szCs w:val="24"/>
        </w:rPr>
        <w:t>diikutsertakan</w:t>
      </w:r>
      <w:proofErr w:type="spellEnd"/>
      <w:r w:rsidRPr="00215E31">
        <w:rPr>
          <w:rFonts w:cs="Times New Roman"/>
          <w:sz w:val="24"/>
          <w:szCs w:val="24"/>
        </w:rPr>
        <w:t xml:space="preserve"> pada </w:t>
      </w:r>
      <w:proofErr w:type="spellStart"/>
      <w:r w:rsidRPr="00215E31">
        <w:rPr>
          <w:rFonts w:cs="Times New Roman"/>
          <w:sz w:val="24"/>
          <w:szCs w:val="24"/>
        </w:rPr>
        <w:t>lomba</w:t>
      </w:r>
      <w:proofErr w:type="spellEnd"/>
      <w:r w:rsidRPr="00215E31">
        <w:rPr>
          <w:rFonts w:cs="Times New Roman"/>
          <w:sz w:val="24"/>
          <w:szCs w:val="24"/>
        </w:rPr>
        <w:t xml:space="preserve"> sejenis perlu menunjukkan pembaruan atau pengembangan. Peserta wajib menjelaskan </w:t>
      </w:r>
      <w:proofErr w:type="spellStart"/>
      <w:r w:rsidRPr="00215E31">
        <w:rPr>
          <w:rFonts w:cs="Times New Roman"/>
          <w:sz w:val="24"/>
          <w:szCs w:val="24"/>
        </w:rPr>
        <w:t>pembaruan</w:t>
      </w:r>
      <w:proofErr w:type="spellEnd"/>
      <w:r w:rsidRPr="00215E31">
        <w:rPr>
          <w:rFonts w:cs="Times New Roman"/>
          <w:sz w:val="24"/>
          <w:szCs w:val="24"/>
        </w:rPr>
        <w:t xml:space="preserve"> </w:t>
      </w:r>
      <w:proofErr w:type="spellStart"/>
      <w:r w:rsidRPr="00215E31">
        <w:rPr>
          <w:rFonts w:cs="Times New Roman"/>
          <w:sz w:val="24"/>
          <w:szCs w:val="24"/>
        </w:rPr>
        <w:t>tersebut</w:t>
      </w:r>
      <w:proofErr w:type="spellEnd"/>
      <w:r w:rsidRPr="00215E31">
        <w:rPr>
          <w:rFonts w:cs="Times New Roman"/>
          <w:sz w:val="24"/>
          <w:szCs w:val="24"/>
        </w:rPr>
        <w:t xml:space="preserve"> </w:t>
      </w:r>
      <w:proofErr w:type="spellStart"/>
      <w:r w:rsidRPr="00215E31">
        <w:rPr>
          <w:rFonts w:cs="Times New Roman"/>
          <w:sz w:val="24"/>
          <w:szCs w:val="24"/>
        </w:rPr>
        <w:t>secara</w:t>
      </w:r>
      <w:proofErr w:type="spellEnd"/>
      <w:r w:rsidRPr="00215E31">
        <w:rPr>
          <w:rFonts w:cs="Times New Roman"/>
          <w:sz w:val="24"/>
          <w:szCs w:val="24"/>
        </w:rPr>
        <w:t xml:space="preserve"> </w:t>
      </w:r>
      <w:proofErr w:type="spellStart"/>
      <w:r w:rsidRPr="00215E31">
        <w:rPr>
          <w:rFonts w:cs="Times New Roman"/>
          <w:sz w:val="24"/>
          <w:szCs w:val="24"/>
        </w:rPr>
        <w:t>spesifik</w:t>
      </w:r>
      <w:proofErr w:type="spellEnd"/>
      <w:r w:rsidR="00215E31">
        <w:rPr>
          <w:rFonts w:cs="Times New Roman"/>
          <w:sz w:val="24"/>
          <w:szCs w:val="24"/>
        </w:rPr>
        <w:t>.</w:t>
      </w:r>
    </w:p>
    <w:p w14:paraId="5257F26A" w14:textId="77777777" w:rsidR="00215E31" w:rsidRDefault="00000000" w:rsidP="00215E31">
      <w:pPr>
        <w:pStyle w:val="ListBullet"/>
        <w:numPr>
          <w:ilvl w:val="0"/>
          <w:numId w:val="14"/>
        </w:numPr>
        <w:spacing w:line="360" w:lineRule="auto"/>
        <w:jc w:val="both"/>
        <w:rPr>
          <w:rFonts w:cs="Times New Roman"/>
          <w:sz w:val="24"/>
          <w:szCs w:val="24"/>
        </w:rPr>
      </w:pPr>
      <w:proofErr w:type="spellStart"/>
      <w:r w:rsidRPr="00215E31">
        <w:rPr>
          <w:rFonts w:cs="Times New Roman"/>
          <w:sz w:val="24"/>
          <w:szCs w:val="24"/>
        </w:rPr>
        <w:t>Peserta</w:t>
      </w:r>
      <w:proofErr w:type="spellEnd"/>
      <w:r w:rsidRPr="00215E31">
        <w:rPr>
          <w:rFonts w:cs="Times New Roman"/>
          <w:sz w:val="24"/>
          <w:szCs w:val="24"/>
        </w:rPr>
        <w:t xml:space="preserve"> </w:t>
      </w:r>
      <w:proofErr w:type="spellStart"/>
      <w:r w:rsidRPr="00215E31">
        <w:rPr>
          <w:rFonts w:cs="Times New Roman"/>
          <w:sz w:val="24"/>
          <w:szCs w:val="24"/>
        </w:rPr>
        <w:t>bertanggung</w:t>
      </w:r>
      <w:proofErr w:type="spellEnd"/>
      <w:r w:rsidRPr="00215E31">
        <w:rPr>
          <w:rFonts w:cs="Times New Roman"/>
          <w:sz w:val="24"/>
          <w:szCs w:val="24"/>
        </w:rPr>
        <w:t xml:space="preserve"> </w:t>
      </w:r>
      <w:proofErr w:type="spellStart"/>
      <w:r w:rsidRPr="00215E31">
        <w:rPr>
          <w:rFonts w:cs="Times New Roman"/>
          <w:sz w:val="24"/>
          <w:szCs w:val="24"/>
        </w:rPr>
        <w:t>jawab</w:t>
      </w:r>
      <w:proofErr w:type="spellEnd"/>
      <w:r w:rsidRPr="00215E31">
        <w:rPr>
          <w:rFonts w:cs="Times New Roman"/>
          <w:sz w:val="24"/>
          <w:szCs w:val="24"/>
        </w:rPr>
        <w:t xml:space="preserve"> </w:t>
      </w:r>
      <w:proofErr w:type="spellStart"/>
      <w:r w:rsidRPr="00215E31">
        <w:rPr>
          <w:rFonts w:cs="Times New Roman"/>
          <w:sz w:val="24"/>
          <w:szCs w:val="24"/>
        </w:rPr>
        <w:t>atas</w:t>
      </w:r>
      <w:proofErr w:type="spellEnd"/>
      <w:r w:rsidRPr="00215E31">
        <w:rPr>
          <w:rFonts w:cs="Times New Roman"/>
          <w:sz w:val="24"/>
          <w:szCs w:val="24"/>
        </w:rPr>
        <w:t xml:space="preserve"> </w:t>
      </w:r>
      <w:proofErr w:type="spellStart"/>
      <w:r w:rsidRPr="00215E31">
        <w:rPr>
          <w:rFonts w:cs="Times New Roman"/>
          <w:sz w:val="24"/>
          <w:szCs w:val="24"/>
        </w:rPr>
        <w:t>orisinalitas</w:t>
      </w:r>
      <w:proofErr w:type="spellEnd"/>
      <w:r w:rsidRPr="00215E31">
        <w:rPr>
          <w:rFonts w:cs="Times New Roman"/>
          <w:sz w:val="24"/>
          <w:szCs w:val="24"/>
        </w:rPr>
        <w:t xml:space="preserve"> karya, izin penggunaan data dan materi, serta penghormatan terhadap </w:t>
      </w:r>
      <w:proofErr w:type="spellStart"/>
      <w:r w:rsidRPr="00215E31">
        <w:rPr>
          <w:rFonts w:cs="Times New Roman"/>
          <w:sz w:val="24"/>
          <w:szCs w:val="24"/>
        </w:rPr>
        <w:t>kekayaan</w:t>
      </w:r>
      <w:proofErr w:type="spellEnd"/>
      <w:r w:rsidRPr="00215E31">
        <w:rPr>
          <w:rFonts w:cs="Times New Roman"/>
          <w:sz w:val="24"/>
          <w:szCs w:val="24"/>
        </w:rPr>
        <w:t xml:space="preserve"> </w:t>
      </w:r>
      <w:proofErr w:type="spellStart"/>
      <w:r w:rsidRPr="00215E31">
        <w:rPr>
          <w:rFonts w:cs="Times New Roman"/>
          <w:sz w:val="24"/>
          <w:szCs w:val="24"/>
        </w:rPr>
        <w:t>intelektual</w:t>
      </w:r>
      <w:proofErr w:type="spellEnd"/>
      <w:r w:rsidRPr="00215E31">
        <w:rPr>
          <w:rFonts w:cs="Times New Roman"/>
          <w:sz w:val="24"/>
          <w:szCs w:val="24"/>
        </w:rPr>
        <w:t xml:space="preserve"> </w:t>
      </w:r>
      <w:proofErr w:type="spellStart"/>
      <w:r w:rsidRPr="00215E31">
        <w:rPr>
          <w:rFonts w:cs="Times New Roman"/>
          <w:sz w:val="24"/>
          <w:szCs w:val="24"/>
        </w:rPr>
        <w:t>pihak</w:t>
      </w:r>
      <w:proofErr w:type="spellEnd"/>
      <w:r w:rsidRPr="00215E31">
        <w:rPr>
          <w:rFonts w:cs="Times New Roman"/>
          <w:sz w:val="24"/>
          <w:szCs w:val="24"/>
        </w:rPr>
        <w:t xml:space="preserve"> lain.</w:t>
      </w:r>
    </w:p>
    <w:p w14:paraId="3F149599" w14:textId="77777777" w:rsidR="00215E31" w:rsidRDefault="00000000" w:rsidP="00215E31">
      <w:pPr>
        <w:pStyle w:val="ListBullet"/>
        <w:numPr>
          <w:ilvl w:val="0"/>
          <w:numId w:val="14"/>
        </w:numPr>
        <w:spacing w:line="360" w:lineRule="auto"/>
        <w:jc w:val="both"/>
        <w:rPr>
          <w:rFonts w:cs="Times New Roman"/>
          <w:sz w:val="24"/>
          <w:szCs w:val="24"/>
        </w:rPr>
      </w:pPr>
      <w:r w:rsidRPr="00215E31">
        <w:rPr>
          <w:rFonts w:cs="Times New Roman"/>
          <w:sz w:val="24"/>
          <w:szCs w:val="24"/>
        </w:rPr>
        <w:t xml:space="preserve">Karya </w:t>
      </w:r>
      <w:proofErr w:type="spellStart"/>
      <w:r w:rsidRPr="00215E31">
        <w:rPr>
          <w:rFonts w:cs="Times New Roman"/>
          <w:sz w:val="24"/>
          <w:szCs w:val="24"/>
        </w:rPr>
        <w:t>tidak</w:t>
      </w:r>
      <w:proofErr w:type="spellEnd"/>
      <w:r w:rsidRPr="00215E31">
        <w:rPr>
          <w:rFonts w:cs="Times New Roman"/>
          <w:sz w:val="24"/>
          <w:szCs w:val="24"/>
        </w:rPr>
        <w:t xml:space="preserve"> </w:t>
      </w:r>
      <w:proofErr w:type="spellStart"/>
      <w:r w:rsidRPr="00215E31">
        <w:rPr>
          <w:rFonts w:cs="Times New Roman"/>
          <w:sz w:val="24"/>
          <w:szCs w:val="24"/>
        </w:rPr>
        <w:t>boleh</w:t>
      </w:r>
      <w:proofErr w:type="spellEnd"/>
      <w:r w:rsidRPr="00215E31">
        <w:rPr>
          <w:rFonts w:cs="Times New Roman"/>
          <w:sz w:val="24"/>
          <w:szCs w:val="24"/>
        </w:rPr>
        <w:t xml:space="preserve"> </w:t>
      </w:r>
      <w:proofErr w:type="spellStart"/>
      <w:r w:rsidRPr="00215E31">
        <w:rPr>
          <w:rFonts w:cs="Times New Roman"/>
          <w:sz w:val="24"/>
          <w:szCs w:val="24"/>
        </w:rPr>
        <w:t>mengandung</w:t>
      </w:r>
      <w:proofErr w:type="spellEnd"/>
      <w:r w:rsidRPr="00215E31">
        <w:rPr>
          <w:rFonts w:cs="Times New Roman"/>
          <w:sz w:val="24"/>
          <w:szCs w:val="24"/>
        </w:rPr>
        <w:t xml:space="preserve"> pornografi, ajakan kebencian berbasis SARA, kekerasan, atau konten lain yang melanggar </w:t>
      </w:r>
      <w:proofErr w:type="spellStart"/>
      <w:r w:rsidRPr="00215E31">
        <w:rPr>
          <w:rFonts w:cs="Times New Roman"/>
          <w:sz w:val="24"/>
          <w:szCs w:val="24"/>
        </w:rPr>
        <w:t>hukum</w:t>
      </w:r>
      <w:proofErr w:type="spellEnd"/>
      <w:r w:rsidRPr="00215E31">
        <w:rPr>
          <w:rFonts w:cs="Times New Roman"/>
          <w:sz w:val="24"/>
          <w:szCs w:val="24"/>
        </w:rPr>
        <w:t xml:space="preserve"> dan </w:t>
      </w:r>
      <w:proofErr w:type="spellStart"/>
      <w:r w:rsidRPr="00215E31">
        <w:rPr>
          <w:rFonts w:cs="Times New Roman"/>
          <w:sz w:val="24"/>
          <w:szCs w:val="24"/>
        </w:rPr>
        <w:t>ketentuan</w:t>
      </w:r>
      <w:proofErr w:type="spellEnd"/>
      <w:r w:rsidRPr="00215E31">
        <w:rPr>
          <w:rFonts w:cs="Times New Roman"/>
          <w:sz w:val="24"/>
          <w:szCs w:val="24"/>
        </w:rPr>
        <w:t xml:space="preserve"> </w:t>
      </w:r>
      <w:proofErr w:type="spellStart"/>
      <w:r w:rsidRPr="00215E31">
        <w:rPr>
          <w:rFonts w:cs="Times New Roman"/>
          <w:sz w:val="24"/>
          <w:szCs w:val="24"/>
        </w:rPr>
        <w:t>penyelenggara</w:t>
      </w:r>
      <w:proofErr w:type="spellEnd"/>
      <w:r w:rsidRPr="00215E31">
        <w:rPr>
          <w:rFonts w:cs="Times New Roman"/>
          <w:sz w:val="24"/>
          <w:szCs w:val="24"/>
        </w:rPr>
        <w:t>.</w:t>
      </w:r>
    </w:p>
    <w:p w14:paraId="1BEF0D36" w14:textId="5B96B117" w:rsidR="00A82D36" w:rsidRPr="00215E31" w:rsidRDefault="00000000" w:rsidP="00215E31">
      <w:pPr>
        <w:pStyle w:val="ListBullet"/>
        <w:numPr>
          <w:ilvl w:val="0"/>
          <w:numId w:val="14"/>
        </w:numPr>
        <w:spacing w:line="360" w:lineRule="auto"/>
        <w:jc w:val="both"/>
        <w:rPr>
          <w:rFonts w:cs="Times New Roman"/>
          <w:sz w:val="24"/>
          <w:szCs w:val="24"/>
        </w:rPr>
      </w:pPr>
      <w:proofErr w:type="spellStart"/>
      <w:r w:rsidRPr="00215E31">
        <w:rPr>
          <w:rFonts w:cs="Times New Roman"/>
          <w:sz w:val="24"/>
          <w:szCs w:val="24"/>
        </w:rPr>
        <w:t>Peserta</w:t>
      </w:r>
      <w:proofErr w:type="spellEnd"/>
      <w:r w:rsidRPr="00215E31">
        <w:rPr>
          <w:rFonts w:cs="Times New Roman"/>
          <w:sz w:val="24"/>
          <w:szCs w:val="24"/>
        </w:rPr>
        <w:t xml:space="preserve"> </w:t>
      </w:r>
      <w:proofErr w:type="spellStart"/>
      <w:r w:rsidRPr="00215E31">
        <w:rPr>
          <w:rFonts w:cs="Times New Roman"/>
          <w:sz w:val="24"/>
          <w:szCs w:val="24"/>
        </w:rPr>
        <w:t>disarankan</w:t>
      </w:r>
      <w:proofErr w:type="spellEnd"/>
      <w:r w:rsidRPr="00215E31">
        <w:rPr>
          <w:rFonts w:cs="Times New Roman"/>
          <w:sz w:val="24"/>
          <w:szCs w:val="24"/>
        </w:rPr>
        <w:t xml:space="preserve"> menyertakan bukti pendukung seperti foto, demonstrasi, hasil pengujian, data penerapan, dokumentasi proses, atau umpan balik pengguna jika tersedia.</w:t>
      </w:r>
    </w:p>
    <w:p w14:paraId="3CDAA330" w14:textId="32303CF7" w:rsidR="00A82D36" w:rsidRPr="00912B07" w:rsidRDefault="00C44817" w:rsidP="00035770">
      <w:pPr>
        <w:pStyle w:val="Heading2"/>
        <w:numPr>
          <w:ilvl w:val="1"/>
          <w:numId w:val="12"/>
        </w:num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roofErr w:type="spellStart"/>
      <w:r w:rsidR="00000000" w:rsidRPr="00912B07">
        <w:rPr>
          <w:rFonts w:ascii="Times New Roman" w:hAnsi="Times New Roman" w:cs="Times New Roman"/>
          <w:color w:val="auto"/>
          <w:sz w:val="28"/>
          <w:szCs w:val="28"/>
        </w:rPr>
        <w:t>Dokumen</w:t>
      </w:r>
      <w:proofErr w:type="spellEnd"/>
      <w:r w:rsidR="00000000" w:rsidRPr="00912B07">
        <w:rPr>
          <w:rFonts w:ascii="Times New Roman" w:hAnsi="Times New Roman" w:cs="Times New Roman"/>
          <w:color w:val="auto"/>
          <w:sz w:val="28"/>
          <w:szCs w:val="28"/>
        </w:rPr>
        <w:t xml:space="preserve"> </w:t>
      </w:r>
      <w:proofErr w:type="spellStart"/>
      <w:r w:rsidR="00000000" w:rsidRPr="00912B07">
        <w:rPr>
          <w:rFonts w:ascii="Times New Roman" w:hAnsi="Times New Roman" w:cs="Times New Roman"/>
          <w:color w:val="auto"/>
          <w:sz w:val="28"/>
          <w:szCs w:val="28"/>
        </w:rPr>
        <w:t>Pendaftaran</w:t>
      </w:r>
      <w:proofErr w:type="spellEnd"/>
    </w:p>
    <w:p w14:paraId="2AB348B9"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Peserta mengisi formulir dan template resmi panitia. Deskripsi karya sekurang-kurangnya berisi judul dan kategori, profil peserta/tim, masalah atau kebutuhan yang dijawab, tujuan, gambaran solusi dan cara kerja, unsur kebaruan, manfaat, status pengembangan/penerapan, bukti pendukung, serta peluang pengembangan. Tautan pendaftaran, format berkas, tenggat waktu, dan kanal komunikasi diumumkan terpisah.</w:t>
      </w:r>
    </w:p>
    <w:p w14:paraId="3AF9A458"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Status karya dapat berupa gagasan yang telah dirumuskan, konsep/desain, prototipe, produk yang telah diuji, layanan yang sudah diterapkan, atau inovasi yang telah berjalan. Peserta harus menyebutkan status secara tepat dan tidak mengklaim dampak atau hasil pengujian yang belum dilakukan. Jika belum ada data penerapan, peserta dapat menjelaskan manfaat yang ditargetkan dan bukti awal yang tersedia, misalnya kebutuhan pengguna, hasil simulasi, atau uji coba terbatas.</w:t>
      </w:r>
    </w:p>
    <w:p w14:paraId="16229438" w14:textId="7F9F9303" w:rsidR="00A82D36" w:rsidRPr="00035770" w:rsidRDefault="00C44817" w:rsidP="00035770">
      <w:pPr>
        <w:pStyle w:val="Heading2"/>
        <w:numPr>
          <w:ilvl w:val="1"/>
          <w:numId w:val="12"/>
        </w:num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000000" w:rsidRPr="00035770">
        <w:rPr>
          <w:rFonts w:ascii="Times New Roman" w:hAnsi="Times New Roman" w:cs="Times New Roman"/>
          <w:color w:val="auto"/>
          <w:sz w:val="28"/>
          <w:szCs w:val="28"/>
        </w:rPr>
        <w:t>Poster dan Video Final</w:t>
      </w:r>
    </w:p>
    <w:p w14:paraId="15EF919F" w14:textId="77777777" w:rsidR="00DC0EC1" w:rsidRDefault="00000000" w:rsidP="00DC0EC1">
      <w:pPr>
        <w:pStyle w:val="ListBullet"/>
        <w:numPr>
          <w:ilvl w:val="0"/>
          <w:numId w:val="16"/>
        </w:numPr>
        <w:spacing w:line="360" w:lineRule="auto"/>
        <w:jc w:val="both"/>
        <w:rPr>
          <w:rFonts w:cs="Times New Roman"/>
          <w:sz w:val="24"/>
          <w:szCs w:val="24"/>
        </w:rPr>
      </w:pPr>
      <w:proofErr w:type="spellStart"/>
      <w:r w:rsidRPr="00215E31">
        <w:rPr>
          <w:rFonts w:cs="Times New Roman"/>
          <w:sz w:val="24"/>
          <w:szCs w:val="24"/>
        </w:rPr>
        <w:t>Setiap</w:t>
      </w:r>
      <w:proofErr w:type="spellEnd"/>
      <w:r w:rsidRPr="00215E31">
        <w:rPr>
          <w:rFonts w:cs="Times New Roman"/>
          <w:sz w:val="24"/>
          <w:szCs w:val="24"/>
        </w:rPr>
        <w:t xml:space="preserve"> </w:t>
      </w:r>
      <w:proofErr w:type="spellStart"/>
      <w:r w:rsidRPr="00215E31">
        <w:rPr>
          <w:rFonts w:cs="Times New Roman"/>
          <w:sz w:val="24"/>
          <w:szCs w:val="24"/>
        </w:rPr>
        <w:t>peserta</w:t>
      </w:r>
      <w:proofErr w:type="spellEnd"/>
      <w:r w:rsidRPr="00215E31">
        <w:rPr>
          <w:rFonts w:cs="Times New Roman"/>
          <w:sz w:val="24"/>
          <w:szCs w:val="24"/>
        </w:rPr>
        <w:t xml:space="preserve"> </w:t>
      </w:r>
      <w:proofErr w:type="spellStart"/>
      <w:r w:rsidRPr="00215E31">
        <w:rPr>
          <w:rFonts w:cs="Times New Roman"/>
          <w:sz w:val="24"/>
          <w:szCs w:val="24"/>
        </w:rPr>
        <w:t>wajib</w:t>
      </w:r>
      <w:proofErr w:type="spellEnd"/>
      <w:r w:rsidRPr="00215E31">
        <w:rPr>
          <w:rFonts w:cs="Times New Roman"/>
          <w:sz w:val="24"/>
          <w:szCs w:val="24"/>
        </w:rPr>
        <w:t xml:space="preserve"> </w:t>
      </w:r>
      <w:proofErr w:type="spellStart"/>
      <w:r w:rsidRPr="00215E31">
        <w:rPr>
          <w:rFonts w:cs="Times New Roman"/>
          <w:sz w:val="24"/>
          <w:szCs w:val="24"/>
        </w:rPr>
        <w:t>membuat</w:t>
      </w:r>
      <w:proofErr w:type="spellEnd"/>
      <w:r w:rsidRPr="00215E31">
        <w:rPr>
          <w:rFonts w:cs="Times New Roman"/>
          <w:sz w:val="24"/>
          <w:szCs w:val="24"/>
        </w:rPr>
        <w:t xml:space="preserve"> poster sesuai template atau spesifikasi panitia. Poster memuat sekurang-kurangnya nama inovasi, masalah/kebutuhan, solusi, manfaat, unsur kebaruan, dan visual yang </w:t>
      </w:r>
      <w:proofErr w:type="spellStart"/>
      <w:r w:rsidRPr="00215E31">
        <w:rPr>
          <w:rFonts w:cs="Times New Roman"/>
          <w:sz w:val="24"/>
          <w:szCs w:val="24"/>
        </w:rPr>
        <w:t>membantu</w:t>
      </w:r>
      <w:proofErr w:type="spellEnd"/>
      <w:r w:rsidRPr="00215E31">
        <w:rPr>
          <w:rFonts w:cs="Times New Roman"/>
          <w:sz w:val="24"/>
          <w:szCs w:val="24"/>
        </w:rPr>
        <w:t xml:space="preserve"> </w:t>
      </w:r>
      <w:proofErr w:type="spellStart"/>
      <w:r w:rsidRPr="00215E31">
        <w:rPr>
          <w:rFonts w:cs="Times New Roman"/>
          <w:sz w:val="24"/>
          <w:szCs w:val="24"/>
        </w:rPr>
        <w:t>pemahaman</w:t>
      </w:r>
      <w:proofErr w:type="spellEnd"/>
      <w:r w:rsidRPr="00215E31">
        <w:rPr>
          <w:rFonts w:cs="Times New Roman"/>
          <w:sz w:val="24"/>
          <w:szCs w:val="24"/>
        </w:rPr>
        <w:t xml:space="preserve"> </w:t>
      </w:r>
      <w:proofErr w:type="spellStart"/>
      <w:r w:rsidRPr="00215E31">
        <w:rPr>
          <w:rFonts w:cs="Times New Roman"/>
          <w:sz w:val="24"/>
          <w:szCs w:val="24"/>
        </w:rPr>
        <w:t>karya</w:t>
      </w:r>
      <w:proofErr w:type="spellEnd"/>
      <w:r w:rsidRPr="00215E31">
        <w:rPr>
          <w:rFonts w:cs="Times New Roman"/>
          <w:sz w:val="24"/>
          <w:szCs w:val="24"/>
        </w:rPr>
        <w:t>.</w:t>
      </w:r>
    </w:p>
    <w:p w14:paraId="12B2B426" w14:textId="77777777" w:rsidR="00DC0EC1" w:rsidRDefault="00000000" w:rsidP="00DC0EC1">
      <w:pPr>
        <w:pStyle w:val="ListBullet"/>
        <w:numPr>
          <w:ilvl w:val="0"/>
          <w:numId w:val="16"/>
        </w:numPr>
        <w:spacing w:line="360" w:lineRule="auto"/>
        <w:jc w:val="both"/>
        <w:rPr>
          <w:rFonts w:cs="Times New Roman"/>
          <w:sz w:val="24"/>
          <w:szCs w:val="24"/>
        </w:rPr>
      </w:pPr>
      <w:proofErr w:type="spellStart"/>
      <w:r w:rsidRPr="00215E31">
        <w:rPr>
          <w:rFonts w:cs="Times New Roman"/>
          <w:sz w:val="24"/>
          <w:szCs w:val="24"/>
        </w:rPr>
        <w:t>Peserta</w:t>
      </w:r>
      <w:proofErr w:type="spellEnd"/>
      <w:r w:rsidRPr="00215E31">
        <w:rPr>
          <w:rFonts w:cs="Times New Roman"/>
          <w:sz w:val="24"/>
          <w:szCs w:val="24"/>
        </w:rPr>
        <w:t xml:space="preserve"> yang </w:t>
      </w:r>
      <w:proofErr w:type="spellStart"/>
      <w:r w:rsidRPr="00215E31">
        <w:rPr>
          <w:rFonts w:cs="Times New Roman"/>
          <w:sz w:val="24"/>
          <w:szCs w:val="24"/>
        </w:rPr>
        <w:t>masuk</w:t>
      </w:r>
      <w:proofErr w:type="spellEnd"/>
      <w:r w:rsidRPr="00215E31">
        <w:rPr>
          <w:rFonts w:cs="Times New Roman"/>
          <w:sz w:val="24"/>
          <w:szCs w:val="24"/>
        </w:rPr>
        <w:t xml:space="preserve"> </w:t>
      </w:r>
      <w:proofErr w:type="spellStart"/>
      <w:r w:rsidRPr="00215E31">
        <w:rPr>
          <w:rFonts w:cs="Times New Roman"/>
          <w:sz w:val="24"/>
          <w:szCs w:val="24"/>
        </w:rPr>
        <w:t>babak</w:t>
      </w:r>
      <w:proofErr w:type="spellEnd"/>
      <w:r w:rsidRPr="00215E31">
        <w:rPr>
          <w:rFonts w:cs="Times New Roman"/>
          <w:sz w:val="24"/>
          <w:szCs w:val="24"/>
        </w:rPr>
        <w:t xml:space="preserve"> final </w:t>
      </w:r>
      <w:proofErr w:type="spellStart"/>
      <w:r w:rsidRPr="00215E31">
        <w:rPr>
          <w:rFonts w:cs="Times New Roman"/>
          <w:sz w:val="24"/>
          <w:szCs w:val="24"/>
        </w:rPr>
        <w:t>wajib</w:t>
      </w:r>
      <w:proofErr w:type="spellEnd"/>
      <w:r w:rsidRPr="00215E31">
        <w:rPr>
          <w:rFonts w:cs="Times New Roman"/>
          <w:sz w:val="24"/>
          <w:szCs w:val="24"/>
        </w:rPr>
        <w:t xml:space="preserve"> membuat video berdurasi 1–1,5 </w:t>
      </w:r>
      <w:proofErr w:type="spellStart"/>
      <w:r w:rsidRPr="00215E31">
        <w:rPr>
          <w:rFonts w:cs="Times New Roman"/>
          <w:sz w:val="24"/>
          <w:szCs w:val="24"/>
        </w:rPr>
        <w:t>menit</w:t>
      </w:r>
      <w:proofErr w:type="spellEnd"/>
      <w:r w:rsidRPr="00215E31">
        <w:rPr>
          <w:rFonts w:cs="Times New Roman"/>
          <w:sz w:val="24"/>
          <w:szCs w:val="24"/>
        </w:rPr>
        <w:t xml:space="preserve"> yang </w:t>
      </w:r>
      <w:proofErr w:type="spellStart"/>
      <w:r w:rsidRPr="00215E31">
        <w:rPr>
          <w:rFonts w:cs="Times New Roman"/>
          <w:sz w:val="24"/>
          <w:szCs w:val="24"/>
        </w:rPr>
        <w:t>memaparkan</w:t>
      </w:r>
      <w:proofErr w:type="spellEnd"/>
      <w:r w:rsidRPr="00215E31">
        <w:rPr>
          <w:rFonts w:cs="Times New Roman"/>
          <w:sz w:val="24"/>
          <w:szCs w:val="24"/>
        </w:rPr>
        <w:t xml:space="preserve"> </w:t>
      </w:r>
      <w:proofErr w:type="spellStart"/>
      <w:r w:rsidRPr="00215E31">
        <w:rPr>
          <w:rFonts w:cs="Times New Roman"/>
          <w:sz w:val="24"/>
          <w:szCs w:val="24"/>
        </w:rPr>
        <w:t>invensi</w:t>
      </w:r>
      <w:proofErr w:type="spellEnd"/>
      <w:r w:rsidRPr="00215E31">
        <w:rPr>
          <w:rFonts w:cs="Times New Roman"/>
          <w:sz w:val="24"/>
          <w:szCs w:val="24"/>
        </w:rPr>
        <w:t>/</w:t>
      </w:r>
      <w:proofErr w:type="spellStart"/>
      <w:r w:rsidRPr="00215E31">
        <w:rPr>
          <w:rFonts w:cs="Times New Roman"/>
          <w:sz w:val="24"/>
          <w:szCs w:val="24"/>
        </w:rPr>
        <w:t>inovasi</w:t>
      </w:r>
      <w:proofErr w:type="spellEnd"/>
      <w:r w:rsidRPr="00215E31">
        <w:rPr>
          <w:rFonts w:cs="Times New Roman"/>
          <w:sz w:val="24"/>
          <w:szCs w:val="24"/>
        </w:rPr>
        <w:t>.</w:t>
      </w:r>
    </w:p>
    <w:p w14:paraId="5974936E" w14:textId="5410B4F7" w:rsidR="00DC0EC1" w:rsidRDefault="00DC0EC1" w:rsidP="00DC0EC1">
      <w:pPr>
        <w:pStyle w:val="ListBullet"/>
        <w:numPr>
          <w:ilvl w:val="0"/>
          <w:numId w:val="16"/>
        </w:numPr>
        <w:spacing w:line="360" w:lineRule="auto"/>
        <w:jc w:val="both"/>
        <w:rPr>
          <w:rFonts w:cs="Times New Roman"/>
          <w:sz w:val="24"/>
          <w:szCs w:val="24"/>
        </w:rPr>
      </w:pPr>
      <w:r>
        <w:rPr>
          <w:rFonts w:cs="Times New Roman"/>
          <w:sz w:val="24"/>
          <w:szCs w:val="24"/>
        </w:rPr>
        <w:t>V</w:t>
      </w:r>
      <w:r w:rsidR="00000000" w:rsidRPr="00215E31">
        <w:rPr>
          <w:rFonts w:cs="Times New Roman"/>
          <w:sz w:val="24"/>
          <w:szCs w:val="24"/>
        </w:rPr>
        <w:t xml:space="preserve">ideo </w:t>
      </w:r>
      <w:proofErr w:type="spellStart"/>
      <w:r w:rsidR="00000000" w:rsidRPr="00215E31">
        <w:rPr>
          <w:rFonts w:cs="Times New Roman"/>
          <w:sz w:val="24"/>
          <w:szCs w:val="24"/>
        </w:rPr>
        <w:t>wajib</w:t>
      </w:r>
      <w:proofErr w:type="spellEnd"/>
      <w:r w:rsidR="00000000" w:rsidRPr="00215E31">
        <w:rPr>
          <w:rFonts w:cs="Times New Roman"/>
          <w:sz w:val="24"/>
          <w:szCs w:val="24"/>
        </w:rPr>
        <w:t xml:space="preserve"> </w:t>
      </w:r>
      <w:proofErr w:type="spellStart"/>
      <w:r w:rsidR="00000000" w:rsidRPr="00215E31">
        <w:rPr>
          <w:rFonts w:cs="Times New Roman"/>
          <w:sz w:val="24"/>
          <w:szCs w:val="24"/>
        </w:rPr>
        <w:t>mencantumkan</w:t>
      </w:r>
      <w:proofErr w:type="spellEnd"/>
      <w:r w:rsidR="00000000" w:rsidRPr="00215E31">
        <w:rPr>
          <w:rFonts w:cs="Times New Roman"/>
          <w:sz w:val="24"/>
          <w:szCs w:val="24"/>
        </w:rPr>
        <w:t xml:space="preserve"> logo Kota Surabaya dan peserta yang </w:t>
      </w:r>
      <w:proofErr w:type="spellStart"/>
      <w:r w:rsidR="00000000" w:rsidRPr="00215E31">
        <w:rPr>
          <w:rFonts w:cs="Times New Roman"/>
          <w:sz w:val="24"/>
          <w:szCs w:val="24"/>
        </w:rPr>
        <w:t>tidak</w:t>
      </w:r>
      <w:proofErr w:type="spellEnd"/>
      <w:r w:rsidR="00000000" w:rsidRPr="00215E31">
        <w:rPr>
          <w:rFonts w:cs="Times New Roman"/>
          <w:sz w:val="24"/>
          <w:szCs w:val="24"/>
        </w:rPr>
        <w:t xml:space="preserve"> </w:t>
      </w:r>
      <w:proofErr w:type="spellStart"/>
      <w:r w:rsidR="00000000" w:rsidRPr="00215E31">
        <w:rPr>
          <w:rFonts w:cs="Times New Roman"/>
          <w:sz w:val="24"/>
          <w:szCs w:val="24"/>
        </w:rPr>
        <w:t>mencantumkannya</w:t>
      </w:r>
      <w:proofErr w:type="spellEnd"/>
      <w:r w:rsidR="00000000" w:rsidRPr="00215E31">
        <w:rPr>
          <w:rFonts w:cs="Times New Roman"/>
          <w:sz w:val="24"/>
          <w:szCs w:val="24"/>
        </w:rPr>
        <w:t xml:space="preserve"> </w:t>
      </w:r>
      <w:proofErr w:type="spellStart"/>
      <w:r w:rsidR="00000000" w:rsidRPr="00215E31">
        <w:rPr>
          <w:rFonts w:cs="Times New Roman"/>
          <w:sz w:val="24"/>
          <w:szCs w:val="24"/>
        </w:rPr>
        <w:t>dinyatakan</w:t>
      </w:r>
      <w:proofErr w:type="spellEnd"/>
      <w:r w:rsidR="00000000" w:rsidRPr="00215E31">
        <w:rPr>
          <w:rFonts w:cs="Times New Roman"/>
          <w:sz w:val="24"/>
          <w:szCs w:val="24"/>
        </w:rPr>
        <w:t xml:space="preserve"> </w:t>
      </w:r>
      <w:proofErr w:type="spellStart"/>
      <w:r w:rsidR="00000000" w:rsidRPr="00215E31">
        <w:rPr>
          <w:rFonts w:cs="Times New Roman"/>
          <w:sz w:val="24"/>
          <w:szCs w:val="24"/>
        </w:rPr>
        <w:t>gugur</w:t>
      </w:r>
      <w:proofErr w:type="spellEnd"/>
      <w:r w:rsidR="00000000" w:rsidRPr="00215E31">
        <w:rPr>
          <w:rFonts w:cs="Times New Roman"/>
          <w:sz w:val="24"/>
          <w:szCs w:val="24"/>
        </w:rPr>
        <w:t>.</w:t>
      </w:r>
    </w:p>
    <w:p w14:paraId="78EB6E63" w14:textId="77777777" w:rsidR="00DC0EC1" w:rsidRDefault="00000000" w:rsidP="00DC0EC1">
      <w:pPr>
        <w:pStyle w:val="ListBullet"/>
        <w:numPr>
          <w:ilvl w:val="0"/>
          <w:numId w:val="16"/>
        </w:numPr>
        <w:spacing w:line="360" w:lineRule="auto"/>
        <w:jc w:val="both"/>
        <w:rPr>
          <w:rFonts w:cs="Times New Roman"/>
          <w:sz w:val="24"/>
          <w:szCs w:val="24"/>
        </w:rPr>
      </w:pPr>
      <w:r w:rsidRPr="00215E31">
        <w:rPr>
          <w:rFonts w:cs="Times New Roman"/>
          <w:sz w:val="24"/>
          <w:szCs w:val="24"/>
        </w:rPr>
        <w:t xml:space="preserve">Video </w:t>
      </w:r>
      <w:proofErr w:type="spellStart"/>
      <w:r w:rsidRPr="00215E31">
        <w:rPr>
          <w:rFonts w:cs="Times New Roman"/>
          <w:sz w:val="24"/>
          <w:szCs w:val="24"/>
        </w:rPr>
        <w:t>dapat</w:t>
      </w:r>
      <w:proofErr w:type="spellEnd"/>
      <w:r w:rsidRPr="00215E31">
        <w:rPr>
          <w:rFonts w:cs="Times New Roman"/>
          <w:sz w:val="24"/>
          <w:szCs w:val="24"/>
        </w:rPr>
        <w:t xml:space="preserve"> </w:t>
      </w:r>
      <w:proofErr w:type="spellStart"/>
      <w:r w:rsidRPr="00215E31">
        <w:rPr>
          <w:rFonts w:cs="Times New Roman"/>
          <w:sz w:val="24"/>
          <w:szCs w:val="24"/>
        </w:rPr>
        <w:t>menggunakan</w:t>
      </w:r>
      <w:proofErr w:type="spellEnd"/>
      <w:r w:rsidRPr="00215E31">
        <w:rPr>
          <w:rFonts w:cs="Times New Roman"/>
          <w:sz w:val="24"/>
          <w:szCs w:val="24"/>
        </w:rPr>
        <w:t xml:space="preserve"> Bahasa Indonesia, Bahasa Inggris, </w:t>
      </w:r>
      <w:proofErr w:type="spellStart"/>
      <w:r w:rsidRPr="00215E31">
        <w:rPr>
          <w:rFonts w:cs="Times New Roman"/>
          <w:sz w:val="24"/>
          <w:szCs w:val="24"/>
        </w:rPr>
        <w:t>atau</w:t>
      </w:r>
      <w:proofErr w:type="spellEnd"/>
      <w:r w:rsidRPr="00215E31">
        <w:rPr>
          <w:rFonts w:cs="Times New Roman"/>
          <w:sz w:val="24"/>
          <w:szCs w:val="24"/>
        </w:rPr>
        <w:t xml:space="preserve"> Bahasa </w:t>
      </w:r>
      <w:proofErr w:type="spellStart"/>
      <w:r w:rsidRPr="00215E31">
        <w:rPr>
          <w:rFonts w:cs="Times New Roman"/>
          <w:sz w:val="24"/>
          <w:szCs w:val="24"/>
        </w:rPr>
        <w:t>Suroboyoan</w:t>
      </w:r>
      <w:proofErr w:type="spellEnd"/>
      <w:r w:rsidRPr="00215E31">
        <w:rPr>
          <w:rFonts w:cs="Times New Roman"/>
          <w:sz w:val="24"/>
          <w:szCs w:val="24"/>
        </w:rPr>
        <w:t>.</w:t>
      </w:r>
    </w:p>
    <w:p w14:paraId="63876E17" w14:textId="77777777" w:rsidR="00DC0EC1" w:rsidRDefault="00000000" w:rsidP="00DC0EC1">
      <w:pPr>
        <w:pStyle w:val="ListBullet"/>
        <w:numPr>
          <w:ilvl w:val="0"/>
          <w:numId w:val="16"/>
        </w:numPr>
        <w:spacing w:line="360" w:lineRule="auto"/>
        <w:jc w:val="both"/>
        <w:rPr>
          <w:rFonts w:cs="Times New Roman"/>
          <w:sz w:val="24"/>
          <w:szCs w:val="24"/>
        </w:rPr>
      </w:pPr>
      <w:r w:rsidRPr="00215E31">
        <w:rPr>
          <w:rFonts w:cs="Times New Roman"/>
          <w:sz w:val="24"/>
          <w:szCs w:val="24"/>
        </w:rPr>
        <w:t xml:space="preserve">Musik, </w:t>
      </w:r>
      <w:proofErr w:type="spellStart"/>
      <w:r w:rsidRPr="00215E31">
        <w:rPr>
          <w:rFonts w:cs="Times New Roman"/>
          <w:sz w:val="24"/>
          <w:szCs w:val="24"/>
        </w:rPr>
        <w:t>foto</w:t>
      </w:r>
      <w:proofErr w:type="spellEnd"/>
      <w:r w:rsidRPr="00215E31">
        <w:rPr>
          <w:rFonts w:cs="Times New Roman"/>
          <w:sz w:val="24"/>
          <w:szCs w:val="24"/>
        </w:rPr>
        <w:t xml:space="preserve">, </w:t>
      </w:r>
      <w:proofErr w:type="spellStart"/>
      <w:r w:rsidRPr="00215E31">
        <w:rPr>
          <w:rFonts w:cs="Times New Roman"/>
          <w:sz w:val="24"/>
          <w:szCs w:val="24"/>
        </w:rPr>
        <w:t>grafis</w:t>
      </w:r>
      <w:proofErr w:type="spellEnd"/>
      <w:r w:rsidRPr="00215E31">
        <w:rPr>
          <w:rFonts w:cs="Times New Roman"/>
          <w:sz w:val="24"/>
          <w:szCs w:val="24"/>
        </w:rPr>
        <w:t xml:space="preserve">, </w:t>
      </w:r>
      <w:proofErr w:type="spellStart"/>
      <w:r w:rsidRPr="00215E31">
        <w:rPr>
          <w:rFonts w:cs="Times New Roman"/>
          <w:sz w:val="24"/>
          <w:szCs w:val="24"/>
        </w:rPr>
        <w:t>cuplikan</w:t>
      </w:r>
      <w:proofErr w:type="spellEnd"/>
      <w:r w:rsidRPr="00215E31">
        <w:rPr>
          <w:rFonts w:cs="Times New Roman"/>
          <w:sz w:val="24"/>
          <w:szCs w:val="24"/>
        </w:rPr>
        <w:t xml:space="preserve">, dan materi pihak ketiga hanya boleh digunakan jika bebas digunakan atau telah memperoleh </w:t>
      </w:r>
      <w:proofErr w:type="spellStart"/>
      <w:r w:rsidRPr="00215E31">
        <w:rPr>
          <w:rFonts w:cs="Times New Roman"/>
          <w:sz w:val="24"/>
          <w:szCs w:val="24"/>
        </w:rPr>
        <w:t>izin</w:t>
      </w:r>
      <w:proofErr w:type="spellEnd"/>
      <w:r w:rsidRPr="00215E31">
        <w:rPr>
          <w:rFonts w:cs="Times New Roman"/>
          <w:sz w:val="24"/>
          <w:szCs w:val="24"/>
        </w:rPr>
        <w:t xml:space="preserve"> </w:t>
      </w:r>
      <w:proofErr w:type="spellStart"/>
      <w:r w:rsidRPr="00215E31">
        <w:rPr>
          <w:rFonts w:cs="Times New Roman"/>
          <w:sz w:val="24"/>
          <w:szCs w:val="24"/>
        </w:rPr>
        <w:t>pemilik</w:t>
      </w:r>
      <w:proofErr w:type="spellEnd"/>
      <w:r w:rsidRPr="00215E31">
        <w:rPr>
          <w:rFonts w:cs="Times New Roman"/>
          <w:sz w:val="24"/>
          <w:szCs w:val="24"/>
        </w:rPr>
        <w:t xml:space="preserve"> </w:t>
      </w:r>
      <w:proofErr w:type="spellStart"/>
      <w:r w:rsidRPr="00215E31">
        <w:rPr>
          <w:rFonts w:cs="Times New Roman"/>
          <w:sz w:val="24"/>
          <w:szCs w:val="24"/>
        </w:rPr>
        <w:t>hak</w:t>
      </w:r>
      <w:proofErr w:type="spellEnd"/>
      <w:r w:rsidRPr="00215E31">
        <w:rPr>
          <w:rFonts w:cs="Times New Roman"/>
          <w:sz w:val="24"/>
          <w:szCs w:val="24"/>
        </w:rPr>
        <w:t xml:space="preserve"> </w:t>
      </w:r>
      <w:proofErr w:type="spellStart"/>
      <w:r w:rsidRPr="00215E31">
        <w:rPr>
          <w:rFonts w:cs="Times New Roman"/>
          <w:sz w:val="24"/>
          <w:szCs w:val="24"/>
        </w:rPr>
        <w:t>cipta</w:t>
      </w:r>
      <w:proofErr w:type="spellEnd"/>
      <w:r w:rsidR="00DC0EC1">
        <w:rPr>
          <w:rFonts w:cs="Times New Roman"/>
          <w:sz w:val="24"/>
          <w:szCs w:val="24"/>
        </w:rPr>
        <w:t>.</w:t>
      </w:r>
    </w:p>
    <w:p w14:paraId="5210D9EA" w14:textId="77777777" w:rsidR="00DC0EC1" w:rsidRDefault="00000000" w:rsidP="00DC0EC1">
      <w:pPr>
        <w:pStyle w:val="ListBullet"/>
        <w:numPr>
          <w:ilvl w:val="0"/>
          <w:numId w:val="16"/>
        </w:numPr>
        <w:spacing w:line="360" w:lineRule="auto"/>
        <w:jc w:val="both"/>
        <w:rPr>
          <w:rFonts w:cs="Times New Roman"/>
          <w:sz w:val="24"/>
          <w:szCs w:val="24"/>
        </w:rPr>
      </w:pPr>
      <w:r w:rsidRPr="00215E31">
        <w:rPr>
          <w:rFonts w:cs="Times New Roman"/>
          <w:sz w:val="24"/>
          <w:szCs w:val="24"/>
        </w:rPr>
        <w:t xml:space="preserve">Video sebaiknya disusun singkat dan informatif: pengenalan nama inovasi dan masalah, penjelasan solusi/cara kerja, unsur kebaruan, manfaat atau bukti </w:t>
      </w:r>
      <w:proofErr w:type="spellStart"/>
      <w:r w:rsidRPr="00215E31">
        <w:rPr>
          <w:rFonts w:cs="Times New Roman"/>
          <w:sz w:val="24"/>
          <w:szCs w:val="24"/>
        </w:rPr>
        <w:t>penggunaan</w:t>
      </w:r>
      <w:proofErr w:type="spellEnd"/>
      <w:r w:rsidRPr="00215E31">
        <w:rPr>
          <w:rFonts w:cs="Times New Roman"/>
          <w:sz w:val="24"/>
          <w:szCs w:val="24"/>
        </w:rPr>
        <w:t xml:space="preserve">, </w:t>
      </w:r>
      <w:proofErr w:type="spellStart"/>
      <w:r w:rsidRPr="00215E31">
        <w:rPr>
          <w:rFonts w:cs="Times New Roman"/>
          <w:sz w:val="24"/>
          <w:szCs w:val="24"/>
        </w:rPr>
        <w:t>serta</w:t>
      </w:r>
      <w:proofErr w:type="spellEnd"/>
      <w:r w:rsidRPr="00215E31">
        <w:rPr>
          <w:rFonts w:cs="Times New Roman"/>
          <w:sz w:val="24"/>
          <w:szCs w:val="24"/>
        </w:rPr>
        <w:t xml:space="preserve"> </w:t>
      </w:r>
      <w:proofErr w:type="spellStart"/>
      <w:r w:rsidRPr="00215E31">
        <w:rPr>
          <w:rFonts w:cs="Times New Roman"/>
          <w:sz w:val="24"/>
          <w:szCs w:val="24"/>
        </w:rPr>
        <w:t>potensi</w:t>
      </w:r>
      <w:proofErr w:type="spellEnd"/>
      <w:r w:rsidRPr="00215E31">
        <w:rPr>
          <w:rFonts w:cs="Times New Roman"/>
          <w:sz w:val="24"/>
          <w:szCs w:val="24"/>
        </w:rPr>
        <w:t xml:space="preserve"> </w:t>
      </w:r>
      <w:proofErr w:type="spellStart"/>
      <w:r w:rsidRPr="00215E31">
        <w:rPr>
          <w:rFonts w:cs="Times New Roman"/>
          <w:sz w:val="24"/>
          <w:szCs w:val="24"/>
        </w:rPr>
        <w:t>pengembangan</w:t>
      </w:r>
      <w:proofErr w:type="spellEnd"/>
      <w:r w:rsidRPr="00215E31">
        <w:rPr>
          <w:rFonts w:cs="Times New Roman"/>
          <w:sz w:val="24"/>
          <w:szCs w:val="24"/>
        </w:rPr>
        <w:t>.</w:t>
      </w:r>
    </w:p>
    <w:p w14:paraId="5B9A6D8F" w14:textId="089E86B8" w:rsidR="00A82D36" w:rsidRPr="00215E31" w:rsidRDefault="00000000" w:rsidP="00DC0EC1">
      <w:pPr>
        <w:pStyle w:val="ListBullet"/>
        <w:numPr>
          <w:ilvl w:val="0"/>
          <w:numId w:val="16"/>
        </w:numPr>
        <w:spacing w:line="360" w:lineRule="auto"/>
        <w:jc w:val="both"/>
        <w:rPr>
          <w:rFonts w:cs="Times New Roman"/>
          <w:sz w:val="24"/>
          <w:szCs w:val="24"/>
        </w:rPr>
      </w:pPr>
      <w:proofErr w:type="spellStart"/>
      <w:r w:rsidRPr="00215E31">
        <w:rPr>
          <w:rFonts w:cs="Times New Roman"/>
          <w:sz w:val="24"/>
          <w:szCs w:val="24"/>
        </w:rPr>
        <w:t>Pastikan</w:t>
      </w:r>
      <w:proofErr w:type="spellEnd"/>
      <w:r w:rsidRPr="00215E31">
        <w:rPr>
          <w:rFonts w:cs="Times New Roman"/>
          <w:sz w:val="24"/>
          <w:szCs w:val="24"/>
        </w:rPr>
        <w:t xml:space="preserve"> </w:t>
      </w:r>
      <w:proofErr w:type="spellStart"/>
      <w:r w:rsidRPr="00215E31">
        <w:rPr>
          <w:rFonts w:cs="Times New Roman"/>
          <w:sz w:val="24"/>
          <w:szCs w:val="24"/>
        </w:rPr>
        <w:t>suara</w:t>
      </w:r>
      <w:proofErr w:type="spellEnd"/>
      <w:r w:rsidRPr="00215E31">
        <w:rPr>
          <w:rFonts w:cs="Times New Roman"/>
          <w:sz w:val="24"/>
          <w:szCs w:val="24"/>
        </w:rPr>
        <w:t xml:space="preserve"> dan </w:t>
      </w:r>
      <w:proofErr w:type="spellStart"/>
      <w:r w:rsidRPr="00215E31">
        <w:rPr>
          <w:rFonts w:cs="Times New Roman"/>
          <w:sz w:val="24"/>
          <w:szCs w:val="24"/>
        </w:rPr>
        <w:t>gambar</w:t>
      </w:r>
      <w:proofErr w:type="spellEnd"/>
      <w:r w:rsidRPr="00215E31">
        <w:rPr>
          <w:rFonts w:cs="Times New Roman"/>
          <w:sz w:val="24"/>
          <w:szCs w:val="24"/>
        </w:rPr>
        <w:t xml:space="preserve"> </w:t>
      </w:r>
      <w:proofErr w:type="spellStart"/>
      <w:r w:rsidRPr="00215E31">
        <w:rPr>
          <w:rFonts w:cs="Times New Roman"/>
          <w:sz w:val="24"/>
          <w:szCs w:val="24"/>
        </w:rPr>
        <w:t>dapat</w:t>
      </w:r>
      <w:proofErr w:type="spellEnd"/>
      <w:r w:rsidRPr="00215E31">
        <w:rPr>
          <w:rFonts w:cs="Times New Roman"/>
          <w:sz w:val="24"/>
          <w:szCs w:val="24"/>
        </w:rPr>
        <w:t xml:space="preserve"> dipahami, teks terbaca, logo ditempatkan dengan wajar, dan seluruh materi berasal </w:t>
      </w:r>
      <w:proofErr w:type="spellStart"/>
      <w:r w:rsidRPr="00215E31">
        <w:rPr>
          <w:rFonts w:cs="Times New Roman"/>
          <w:sz w:val="24"/>
          <w:szCs w:val="24"/>
        </w:rPr>
        <w:t>dari</w:t>
      </w:r>
      <w:proofErr w:type="spellEnd"/>
      <w:r w:rsidRPr="00215E31">
        <w:rPr>
          <w:rFonts w:cs="Times New Roman"/>
          <w:sz w:val="24"/>
          <w:szCs w:val="24"/>
        </w:rPr>
        <w:t xml:space="preserve"> </w:t>
      </w:r>
      <w:proofErr w:type="spellStart"/>
      <w:r w:rsidRPr="00215E31">
        <w:rPr>
          <w:rFonts w:cs="Times New Roman"/>
          <w:sz w:val="24"/>
          <w:szCs w:val="24"/>
        </w:rPr>
        <w:t>sumber</w:t>
      </w:r>
      <w:proofErr w:type="spellEnd"/>
      <w:r w:rsidRPr="00215E31">
        <w:rPr>
          <w:rFonts w:cs="Times New Roman"/>
          <w:sz w:val="24"/>
          <w:szCs w:val="24"/>
        </w:rPr>
        <w:t xml:space="preserve"> yang </w:t>
      </w:r>
      <w:proofErr w:type="spellStart"/>
      <w:r w:rsidRPr="00215E31">
        <w:rPr>
          <w:rFonts w:cs="Times New Roman"/>
          <w:sz w:val="24"/>
          <w:szCs w:val="24"/>
        </w:rPr>
        <w:t>sah</w:t>
      </w:r>
      <w:proofErr w:type="spellEnd"/>
      <w:r w:rsidRPr="00215E31">
        <w:rPr>
          <w:rFonts w:cs="Times New Roman"/>
          <w:sz w:val="24"/>
          <w:szCs w:val="24"/>
        </w:rPr>
        <w:t>.</w:t>
      </w:r>
    </w:p>
    <w:p w14:paraId="4E69F41F" w14:textId="27D7DEA4" w:rsidR="00A82D36" w:rsidRPr="00035770" w:rsidRDefault="00C44817" w:rsidP="00035770">
      <w:pPr>
        <w:pStyle w:val="Heading2"/>
        <w:numPr>
          <w:ilvl w:val="1"/>
          <w:numId w:val="12"/>
        </w:num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roofErr w:type="spellStart"/>
      <w:r w:rsidR="00000000" w:rsidRPr="00035770">
        <w:rPr>
          <w:rFonts w:ascii="Times New Roman" w:hAnsi="Times New Roman" w:cs="Times New Roman"/>
          <w:color w:val="auto"/>
          <w:sz w:val="28"/>
          <w:szCs w:val="28"/>
        </w:rPr>
        <w:t>Tahapan</w:t>
      </w:r>
      <w:proofErr w:type="spellEnd"/>
      <w:r w:rsidR="00000000" w:rsidRPr="00035770">
        <w:rPr>
          <w:rFonts w:ascii="Times New Roman" w:hAnsi="Times New Roman" w:cs="Times New Roman"/>
          <w:color w:val="auto"/>
          <w:sz w:val="28"/>
          <w:szCs w:val="28"/>
        </w:rPr>
        <w:t xml:space="preserve"> </w:t>
      </w:r>
      <w:proofErr w:type="spellStart"/>
      <w:r w:rsidR="00000000" w:rsidRPr="00035770">
        <w:rPr>
          <w:rFonts w:ascii="Times New Roman" w:hAnsi="Times New Roman" w:cs="Times New Roman"/>
          <w:color w:val="auto"/>
          <w:sz w:val="28"/>
          <w:szCs w:val="28"/>
        </w:rPr>
        <w:t>Seleksi</w:t>
      </w:r>
      <w:proofErr w:type="spellEnd"/>
      <w:r w:rsidR="00000000" w:rsidRPr="00035770">
        <w:rPr>
          <w:rFonts w:ascii="Times New Roman" w:hAnsi="Times New Roman" w:cs="Times New Roman"/>
          <w:color w:val="auto"/>
          <w:sz w:val="28"/>
          <w:szCs w:val="28"/>
        </w:rPr>
        <w:t xml:space="preserve"> Showcase</w:t>
      </w:r>
    </w:p>
    <w:p w14:paraId="37CE15B7" w14:textId="77777777" w:rsidR="00DC0EC1" w:rsidRDefault="00000000" w:rsidP="00DC0EC1">
      <w:pPr>
        <w:pStyle w:val="ListNumber"/>
        <w:numPr>
          <w:ilvl w:val="0"/>
          <w:numId w:val="17"/>
        </w:numPr>
        <w:spacing w:line="360" w:lineRule="auto"/>
        <w:jc w:val="both"/>
        <w:rPr>
          <w:rFonts w:cs="Times New Roman"/>
          <w:sz w:val="24"/>
          <w:szCs w:val="24"/>
        </w:rPr>
      </w:pPr>
      <w:r w:rsidRPr="00215E31">
        <w:rPr>
          <w:rFonts w:cs="Times New Roman"/>
          <w:sz w:val="24"/>
          <w:szCs w:val="24"/>
        </w:rPr>
        <w:t xml:space="preserve">Pendaftaran: pengusul menyampaikan formulir, deskripsi karya, </w:t>
      </w:r>
      <w:proofErr w:type="spellStart"/>
      <w:r w:rsidRPr="00215E31">
        <w:rPr>
          <w:rFonts w:cs="Times New Roman"/>
          <w:sz w:val="24"/>
          <w:szCs w:val="24"/>
        </w:rPr>
        <w:t>kategori</w:t>
      </w:r>
      <w:proofErr w:type="spellEnd"/>
      <w:r w:rsidRPr="00215E31">
        <w:rPr>
          <w:rFonts w:cs="Times New Roman"/>
          <w:sz w:val="24"/>
          <w:szCs w:val="24"/>
        </w:rPr>
        <w:t xml:space="preserve">, dan </w:t>
      </w:r>
      <w:proofErr w:type="spellStart"/>
      <w:r w:rsidRPr="00215E31">
        <w:rPr>
          <w:rFonts w:cs="Times New Roman"/>
          <w:sz w:val="24"/>
          <w:szCs w:val="24"/>
        </w:rPr>
        <w:t>materi</w:t>
      </w:r>
      <w:proofErr w:type="spellEnd"/>
      <w:r w:rsidRPr="00215E31">
        <w:rPr>
          <w:rFonts w:cs="Times New Roman"/>
          <w:sz w:val="24"/>
          <w:szCs w:val="24"/>
        </w:rPr>
        <w:t xml:space="preserve"> </w:t>
      </w:r>
      <w:proofErr w:type="spellStart"/>
      <w:r w:rsidRPr="00215E31">
        <w:rPr>
          <w:rFonts w:cs="Times New Roman"/>
          <w:sz w:val="24"/>
          <w:szCs w:val="24"/>
        </w:rPr>
        <w:t>pendukung</w:t>
      </w:r>
      <w:proofErr w:type="spellEnd"/>
      <w:r w:rsidRPr="00215E31">
        <w:rPr>
          <w:rFonts w:cs="Times New Roman"/>
          <w:sz w:val="24"/>
          <w:szCs w:val="24"/>
        </w:rPr>
        <w:t>.</w:t>
      </w:r>
    </w:p>
    <w:p w14:paraId="62454B49" w14:textId="77777777" w:rsidR="00DC0EC1" w:rsidRDefault="00000000" w:rsidP="00DC0EC1">
      <w:pPr>
        <w:pStyle w:val="ListNumber"/>
        <w:numPr>
          <w:ilvl w:val="0"/>
          <w:numId w:val="17"/>
        </w:numPr>
        <w:spacing w:line="360" w:lineRule="auto"/>
        <w:jc w:val="both"/>
        <w:rPr>
          <w:rFonts w:cs="Times New Roman"/>
          <w:sz w:val="24"/>
          <w:szCs w:val="24"/>
        </w:rPr>
      </w:pPr>
      <w:proofErr w:type="spellStart"/>
      <w:r w:rsidRPr="00215E31">
        <w:rPr>
          <w:rFonts w:cs="Times New Roman"/>
          <w:sz w:val="24"/>
          <w:szCs w:val="24"/>
        </w:rPr>
        <w:t>Kurasi</w:t>
      </w:r>
      <w:proofErr w:type="spellEnd"/>
      <w:r w:rsidRPr="00215E31">
        <w:rPr>
          <w:rFonts w:cs="Times New Roman"/>
          <w:sz w:val="24"/>
          <w:szCs w:val="24"/>
        </w:rPr>
        <w:t xml:space="preserve"> </w:t>
      </w:r>
      <w:proofErr w:type="spellStart"/>
      <w:r w:rsidRPr="00215E31">
        <w:rPr>
          <w:rFonts w:cs="Times New Roman"/>
          <w:sz w:val="24"/>
          <w:szCs w:val="24"/>
        </w:rPr>
        <w:t>administrasi</w:t>
      </w:r>
      <w:proofErr w:type="spellEnd"/>
      <w:r w:rsidRPr="00215E31">
        <w:rPr>
          <w:rFonts w:cs="Times New Roman"/>
          <w:sz w:val="24"/>
          <w:szCs w:val="24"/>
        </w:rPr>
        <w:t xml:space="preserve">: </w:t>
      </w:r>
      <w:proofErr w:type="spellStart"/>
      <w:r w:rsidRPr="00215E31">
        <w:rPr>
          <w:rFonts w:cs="Times New Roman"/>
          <w:sz w:val="24"/>
          <w:szCs w:val="24"/>
        </w:rPr>
        <w:t>panitia</w:t>
      </w:r>
      <w:proofErr w:type="spellEnd"/>
      <w:r w:rsidRPr="00215E31">
        <w:rPr>
          <w:rFonts w:cs="Times New Roman"/>
          <w:sz w:val="24"/>
          <w:szCs w:val="24"/>
        </w:rPr>
        <w:t xml:space="preserve"> </w:t>
      </w:r>
      <w:proofErr w:type="spellStart"/>
      <w:r w:rsidRPr="00215E31">
        <w:rPr>
          <w:rFonts w:cs="Times New Roman"/>
          <w:sz w:val="24"/>
          <w:szCs w:val="24"/>
        </w:rPr>
        <w:t>memeriksa</w:t>
      </w:r>
      <w:proofErr w:type="spellEnd"/>
      <w:r w:rsidRPr="00215E31">
        <w:rPr>
          <w:rFonts w:cs="Times New Roman"/>
          <w:sz w:val="24"/>
          <w:szCs w:val="24"/>
        </w:rPr>
        <w:t xml:space="preserve"> </w:t>
      </w:r>
      <w:proofErr w:type="spellStart"/>
      <w:r w:rsidRPr="00215E31">
        <w:rPr>
          <w:rFonts w:cs="Times New Roman"/>
          <w:sz w:val="24"/>
          <w:szCs w:val="24"/>
        </w:rPr>
        <w:t>kelengkapan</w:t>
      </w:r>
      <w:proofErr w:type="spellEnd"/>
      <w:r w:rsidRPr="00215E31">
        <w:rPr>
          <w:rFonts w:cs="Times New Roman"/>
          <w:sz w:val="24"/>
          <w:szCs w:val="24"/>
        </w:rPr>
        <w:t xml:space="preserve"> dokumen, identitas, kategori, </w:t>
      </w:r>
      <w:proofErr w:type="spellStart"/>
      <w:r w:rsidRPr="00215E31">
        <w:rPr>
          <w:rFonts w:cs="Times New Roman"/>
          <w:sz w:val="24"/>
          <w:szCs w:val="24"/>
        </w:rPr>
        <w:t>serta</w:t>
      </w:r>
      <w:proofErr w:type="spellEnd"/>
      <w:r w:rsidRPr="00215E31">
        <w:rPr>
          <w:rFonts w:cs="Times New Roman"/>
          <w:sz w:val="24"/>
          <w:szCs w:val="24"/>
        </w:rPr>
        <w:t xml:space="preserve"> </w:t>
      </w:r>
      <w:proofErr w:type="spellStart"/>
      <w:r w:rsidRPr="00215E31">
        <w:rPr>
          <w:rFonts w:cs="Times New Roman"/>
          <w:sz w:val="24"/>
          <w:szCs w:val="24"/>
        </w:rPr>
        <w:t>kepatuhan</w:t>
      </w:r>
      <w:proofErr w:type="spellEnd"/>
      <w:r w:rsidRPr="00215E31">
        <w:rPr>
          <w:rFonts w:cs="Times New Roman"/>
          <w:sz w:val="24"/>
          <w:szCs w:val="24"/>
        </w:rPr>
        <w:t xml:space="preserve"> </w:t>
      </w:r>
      <w:proofErr w:type="spellStart"/>
      <w:r w:rsidRPr="00215E31">
        <w:rPr>
          <w:rFonts w:cs="Times New Roman"/>
          <w:sz w:val="24"/>
          <w:szCs w:val="24"/>
        </w:rPr>
        <w:t>terhadap</w:t>
      </w:r>
      <w:proofErr w:type="spellEnd"/>
      <w:r w:rsidRPr="00215E31">
        <w:rPr>
          <w:rFonts w:cs="Times New Roman"/>
          <w:sz w:val="24"/>
          <w:szCs w:val="24"/>
        </w:rPr>
        <w:t xml:space="preserve"> </w:t>
      </w:r>
      <w:proofErr w:type="spellStart"/>
      <w:r w:rsidRPr="00215E31">
        <w:rPr>
          <w:rFonts w:cs="Times New Roman"/>
          <w:sz w:val="24"/>
          <w:szCs w:val="24"/>
        </w:rPr>
        <w:t>persyaratan</w:t>
      </w:r>
      <w:proofErr w:type="spellEnd"/>
      <w:r w:rsidR="00DC0EC1">
        <w:rPr>
          <w:rFonts w:cs="Times New Roman"/>
          <w:sz w:val="24"/>
          <w:szCs w:val="24"/>
        </w:rPr>
        <w:t>.</w:t>
      </w:r>
    </w:p>
    <w:p w14:paraId="49A507A3" w14:textId="77777777" w:rsidR="00DC0EC1" w:rsidRDefault="00000000" w:rsidP="00DC0EC1">
      <w:pPr>
        <w:pStyle w:val="ListNumber"/>
        <w:numPr>
          <w:ilvl w:val="0"/>
          <w:numId w:val="17"/>
        </w:numPr>
        <w:spacing w:line="360" w:lineRule="auto"/>
        <w:jc w:val="both"/>
        <w:rPr>
          <w:rFonts w:cs="Times New Roman"/>
          <w:sz w:val="24"/>
          <w:szCs w:val="24"/>
        </w:rPr>
      </w:pPr>
      <w:proofErr w:type="spellStart"/>
      <w:r w:rsidRPr="00215E31">
        <w:rPr>
          <w:rFonts w:cs="Times New Roman"/>
          <w:sz w:val="24"/>
          <w:szCs w:val="24"/>
        </w:rPr>
        <w:t>Kurasi</w:t>
      </w:r>
      <w:proofErr w:type="spellEnd"/>
      <w:r w:rsidRPr="00215E31">
        <w:rPr>
          <w:rFonts w:cs="Times New Roman"/>
          <w:sz w:val="24"/>
          <w:szCs w:val="24"/>
        </w:rPr>
        <w:t xml:space="preserve"> </w:t>
      </w:r>
      <w:proofErr w:type="spellStart"/>
      <w:r w:rsidRPr="00215E31">
        <w:rPr>
          <w:rFonts w:cs="Times New Roman"/>
          <w:sz w:val="24"/>
          <w:szCs w:val="24"/>
        </w:rPr>
        <w:t>substansi</w:t>
      </w:r>
      <w:proofErr w:type="spellEnd"/>
      <w:r w:rsidRPr="00215E31">
        <w:rPr>
          <w:rFonts w:cs="Times New Roman"/>
          <w:sz w:val="24"/>
          <w:szCs w:val="24"/>
        </w:rPr>
        <w:t xml:space="preserve">: </w:t>
      </w:r>
      <w:proofErr w:type="spellStart"/>
      <w:r w:rsidRPr="00215E31">
        <w:rPr>
          <w:rFonts w:cs="Times New Roman"/>
          <w:sz w:val="24"/>
          <w:szCs w:val="24"/>
        </w:rPr>
        <w:t>karya</w:t>
      </w:r>
      <w:proofErr w:type="spellEnd"/>
      <w:r w:rsidRPr="00215E31">
        <w:rPr>
          <w:rFonts w:cs="Times New Roman"/>
          <w:sz w:val="24"/>
          <w:szCs w:val="24"/>
        </w:rPr>
        <w:t xml:space="preserve"> </w:t>
      </w:r>
      <w:proofErr w:type="spellStart"/>
      <w:r w:rsidRPr="00215E31">
        <w:rPr>
          <w:rFonts w:cs="Times New Roman"/>
          <w:sz w:val="24"/>
          <w:szCs w:val="24"/>
        </w:rPr>
        <w:t>ditelaah</w:t>
      </w:r>
      <w:proofErr w:type="spellEnd"/>
      <w:r w:rsidRPr="00215E31">
        <w:rPr>
          <w:rFonts w:cs="Times New Roman"/>
          <w:sz w:val="24"/>
          <w:szCs w:val="24"/>
        </w:rPr>
        <w:t xml:space="preserve"> </w:t>
      </w:r>
      <w:proofErr w:type="spellStart"/>
      <w:r w:rsidRPr="00215E31">
        <w:rPr>
          <w:rFonts w:cs="Times New Roman"/>
          <w:sz w:val="24"/>
          <w:szCs w:val="24"/>
        </w:rPr>
        <w:t>dari</w:t>
      </w:r>
      <w:proofErr w:type="spellEnd"/>
      <w:r w:rsidRPr="00215E31">
        <w:rPr>
          <w:rFonts w:cs="Times New Roman"/>
          <w:sz w:val="24"/>
          <w:szCs w:val="24"/>
        </w:rPr>
        <w:t xml:space="preserve"> sisi kebaruan, kreativitas, manfaat, kelayakan, potensi dampak, </w:t>
      </w:r>
      <w:proofErr w:type="spellStart"/>
      <w:r w:rsidRPr="00215E31">
        <w:rPr>
          <w:rFonts w:cs="Times New Roman"/>
          <w:sz w:val="24"/>
          <w:szCs w:val="24"/>
        </w:rPr>
        <w:t>replikasi</w:t>
      </w:r>
      <w:proofErr w:type="spellEnd"/>
      <w:r w:rsidRPr="00215E31">
        <w:rPr>
          <w:rFonts w:cs="Times New Roman"/>
          <w:sz w:val="24"/>
          <w:szCs w:val="24"/>
        </w:rPr>
        <w:t xml:space="preserve">, dan </w:t>
      </w:r>
      <w:proofErr w:type="spellStart"/>
      <w:r w:rsidRPr="00215E31">
        <w:rPr>
          <w:rFonts w:cs="Times New Roman"/>
          <w:sz w:val="24"/>
          <w:szCs w:val="24"/>
        </w:rPr>
        <w:t>bukti</w:t>
      </w:r>
      <w:proofErr w:type="spellEnd"/>
      <w:r w:rsidRPr="00215E31">
        <w:rPr>
          <w:rFonts w:cs="Times New Roman"/>
          <w:sz w:val="24"/>
          <w:szCs w:val="24"/>
        </w:rPr>
        <w:t xml:space="preserve"> </w:t>
      </w:r>
      <w:proofErr w:type="spellStart"/>
      <w:r w:rsidRPr="00215E31">
        <w:rPr>
          <w:rFonts w:cs="Times New Roman"/>
          <w:sz w:val="24"/>
          <w:szCs w:val="24"/>
        </w:rPr>
        <w:t>pengembangan</w:t>
      </w:r>
      <w:proofErr w:type="spellEnd"/>
      <w:r w:rsidRPr="00215E31">
        <w:rPr>
          <w:rFonts w:cs="Times New Roman"/>
          <w:sz w:val="24"/>
          <w:szCs w:val="24"/>
        </w:rPr>
        <w:t>.</w:t>
      </w:r>
    </w:p>
    <w:p w14:paraId="38A2867D" w14:textId="77777777" w:rsidR="00DC0EC1" w:rsidRDefault="00000000" w:rsidP="00DC0EC1">
      <w:pPr>
        <w:pStyle w:val="ListNumber"/>
        <w:numPr>
          <w:ilvl w:val="0"/>
          <w:numId w:val="17"/>
        </w:numPr>
        <w:spacing w:line="360" w:lineRule="auto"/>
        <w:jc w:val="both"/>
        <w:rPr>
          <w:rFonts w:cs="Times New Roman"/>
          <w:sz w:val="24"/>
          <w:szCs w:val="24"/>
        </w:rPr>
      </w:pPr>
      <w:proofErr w:type="spellStart"/>
      <w:r w:rsidRPr="00215E31">
        <w:rPr>
          <w:rFonts w:cs="Times New Roman"/>
          <w:sz w:val="24"/>
          <w:szCs w:val="24"/>
        </w:rPr>
        <w:t>Audisi</w:t>
      </w:r>
      <w:proofErr w:type="spellEnd"/>
      <w:r w:rsidRPr="00215E31">
        <w:rPr>
          <w:rFonts w:cs="Times New Roman"/>
          <w:sz w:val="24"/>
          <w:szCs w:val="24"/>
        </w:rPr>
        <w:t>/</w:t>
      </w:r>
      <w:proofErr w:type="spellStart"/>
      <w:r w:rsidRPr="00215E31">
        <w:rPr>
          <w:rFonts w:cs="Times New Roman"/>
          <w:sz w:val="24"/>
          <w:szCs w:val="24"/>
        </w:rPr>
        <w:t>presentasi</w:t>
      </w:r>
      <w:proofErr w:type="spellEnd"/>
      <w:r w:rsidRPr="00215E31">
        <w:rPr>
          <w:rFonts w:cs="Times New Roman"/>
          <w:sz w:val="24"/>
          <w:szCs w:val="24"/>
        </w:rPr>
        <w:t xml:space="preserve">: </w:t>
      </w:r>
      <w:proofErr w:type="spellStart"/>
      <w:r w:rsidRPr="00215E31">
        <w:rPr>
          <w:rFonts w:cs="Times New Roman"/>
          <w:sz w:val="24"/>
          <w:szCs w:val="24"/>
        </w:rPr>
        <w:t>peserta</w:t>
      </w:r>
      <w:proofErr w:type="spellEnd"/>
      <w:r w:rsidRPr="00215E31">
        <w:rPr>
          <w:rFonts w:cs="Times New Roman"/>
          <w:sz w:val="24"/>
          <w:szCs w:val="24"/>
        </w:rPr>
        <w:t xml:space="preserve"> </w:t>
      </w:r>
      <w:proofErr w:type="spellStart"/>
      <w:r w:rsidRPr="00215E31">
        <w:rPr>
          <w:rFonts w:cs="Times New Roman"/>
          <w:sz w:val="24"/>
          <w:szCs w:val="24"/>
        </w:rPr>
        <w:t>memaparkan</w:t>
      </w:r>
      <w:proofErr w:type="spellEnd"/>
      <w:r w:rsidRPr="00215E31">
        <w:rPr>
          <w:rFonts w:cs="Times New Roman"/>
          <w:sz w:val="24"/>
          <w:szCs w:val="24"/>
        </w:rPr>
        <w:t xml:space="preserve"> </w:t>
      </w:r>
      <w:proofErr w:type="spellStart"/>
      <w:r w:rsidRPr="00215E31">
        <w:rPr>
          <w:rFonts w:cs="Times New Roman"/>
          <w:sz w:val="24"/>
          <w:szCs w:val="24"/>
        </w:rPr>
        <w:t>karya</w:t>
      </w:r>
      <w:proofErr w:type="spellEnd"/>
      <w:r w:rsidRPr="00215E31">
        <w:rPr>
          <w:rFonts w:cs="Times New Roman"/>
          <w:sz w:val="24"/>
          <w:szCs w:val="24"/>
        </w:rPr>
        <w:t xml:space="preserve"> dan </w:t>
      </w:r>
      <w:proofErr w:type="spellStart"/>
      <w:r w:rsidRPr="00215E31">
        <w:rPr>
          <w:rFonts w:cs="Times New Roman"/>
          <w:sz w:val="24"/>
          <w:szCs w:val="24"/>
        </w:rPr>
        <w:t>menjawab</w:t>
      </w:r>
      <w:proofErr w:type="spellEnd"/>
      <w:r w:rsidRPr="00215E31">
        <w:rPr>
          <w:rFonts w:cs="Times New Roman"/>
          <w:sz w:val="24"/>
          <w:szCs w:val="24"/>
        </w:rPr>
        <w:t xml:space="preserve"> pertanyaan juri sesuai jadwal </w:t>
      </w:r>
      <w:proofErr w:type="spellStart"/>
      <w:r w:rsidRPr="00215E31">
        <w:rPr>
          <w:rFonts w:cs="Times New Roman"/>
          <w:sz w:val="24"/>
          <w:szCs w:val="24"/>
        </w:rPr>
        <w:t>serta</w:t>
      </w:r>
      <w:proofErr w:type="spellEnd"/>
      <w:r w:rsidRPr="00215E31">
        <w:rPr>
          <w:rFonts w:cs="Times New Roman"/>
          <w:sz w:val="24"/>
          <w:szCs w:val="24"/>
        </w:rPr>
        <w:t xml:space="preserve"> format yang </w:t>
      </w:r>
      <w:proofErr w:type="spellStart"/>
      <w:r w:rsidRPr="00215E31">
        <w:rPr>
          <w:rFonts w:cs="Times New Roman"/>
          <w:sz w:val="24"/>
          <w:szCs w:val="24"/>
        </w:rPr>
        <w:t>diumumkan</w:t>
      </w:r>
      <w:proofErr w:type="spellEnd"/>
      <w:r w:rsidRPr="00215E31">
        <w:rPr>
          <w:rFonts w:cs="Times New Roman"/>
          <w:sz w:val="24"/>
          <w:szCs w:val="24"/>
        </w:rPr>
        <w:t>.</w:t>
      </w:r>
    </w:p>
    <w:p w14:paraId="4D03B61D" w14:textId="77777777" w:rsidR="00DC0EC1" w:rsidRDefault="00000000" w:rsidP="00DC0EC1">
      <w:pPr>
        <w:pStyle w:val="ListNumber"/>
        <w:numPr>
          <w:ilvl w:val="0"/>
          <w:numId w:val="17"/>
        </w:numPr>
        <w:spacing w:line="360" w:lineRule="auto"/>
        <w:jc w:val="both"/>
        <w:rPr>
          <w:rFonts w:cs="Times New Roman"/>
          <w:sz w:val="24"/>
          <w:szCs w:val="24"/>
        </w:rPr>
      </w:pPr>
      <w:proofErr w:type="spellStart"/>
      <w:r w:rsidRPr="00215E31">
        <w:rPr>
          <w:rFonts w:cs="Times New Roman"/>
          <w:sz w:val="24"/>
          <w:szCs w:val="24"/>
        </w:rPr>
        <w:t>Penetapan</w:t>
      </w:r>
      <w:proofErr w:type="spellEnd"/>
      <w:r w:rsidRPr="00215E31">
        <w:rPr>
          <w:rFonts w:cs="Times New Roman"/>
          <w:sz w:val="24"/>
          <w:szCs w:val="24"/>
        </w:rPr>
        <w:t xml:space="preserve"> </w:t>
      </w:r>
      <w:proofErr w:type="spellStart"/>
      <w:r w:rsidRPr="00215E31">
        <w:rPr>
          <w:rFonts w:cs="Times New Roman"/>
          <w:sz w:val="24"/>
          <w:szCs w:val="24"/>
        </w:rPr>
        <w:t>finalis</w:t>
      </w:r>
      <w:proofErr w:type="spellEnd"/>
      <w:r w:rsidRPr="00215E31">
        <w:rPr>
          <w:rFonts w:cs="Times New Roman"/>
          <w:sz w:val="24"/>
          <w:szCs w:val="24"/>
        </w:rPr>
        <w:t xml:space="preserve">: </w:t>
      </w:r>
      <w:proofErr w:type="spellStart"/>
      <w:r w:rsidRPr="00215E31">
        <w:rPr>
          <w:rFonts w:cs="Times New Roman"/>
          <w:sz w:val="24"/>
          <w:szCs w:val="24"/>
        </w:rPr>
        <w:t>peserta</w:t>
      </w:r>
      <w:proofErr w:type="spellEnd"/>
      <w:r w:rsidRPr="00215E31">
        <w:rPr>
          <w:rFonts w:cs="Times New Roman"/>
          <w:sz w:val="24"/>
          <w:szCs w:val="24"/>
        </w:rPr>
        <w:t xml:space="preserve"> </w:t>
      </w:r>
      <w:proofErr w:type="spellStart"/>
      <w:r w:rsidRPr="00215E31">
        <w:rPr>
          <w:rFonts w:cs="Times New Roman"/>
          <w:sz w:val="24"/>
          <w:szCs w:val="24"/>
        </w:rPr>
        <w:t>terpilih</w:t>
      </w:r>
      <w:proofErr w:type="spellEnd"/>
      <w:r w:rsidRPr="00215E31">
        <w:rPr>
          <w:rFonts w:cs="Times New Roman"/>
          <w:sz w:val="24"/>
          <w:szCs w:val="24"/>
        </w:rPr>
        <w:t xml:space="preserve"> menyiapkan materi akhir, termasuk poster dan video </w:t>
      </w:r>
      <w:proofErr w:type="spellStart"/>
      <w:r w:rsidRPr="00215E31">
        <w:rPr>
          <w:rFonts w:cs="Times New Roman"/>
          <w:sz w:val="24"/>
          <w:szCs w:val="24"/>
        </w:rPr>
        <w:t>sesuai</w:t>
      </w:r>
      <w:proofErr w:type="spellEnd"/>
      <w:r w:rsidRPr="00215E31">
        <w:rPr>
          <w:rFonts w:cs="Times New Roman"/>
          <w:sz w:val="24"/>
          <w:szCs w:val="24"/>
        </w:rPr>
        <w:t xml:space="preserve"> </w:t>
      </w:r>
      <w:proofErr w:type="spellStart"/>
      <w:r w:rsidRPr="00215E31">
        <w:rPr>
          <w:rFonts w:cs="Times New Roman"/>
          <w:sz w:val="24"/>
          <w:szCs w:val="24"/>
        </w:rPr>
        <w:t>ketentuan</w:t>
      </w:r>
      <w:proofErr w:type="spellEnd"/>
      <w:r w:rsidRPr="00215E31">
        <w:rPr>
          <w:rFonts w:cs="Times New Roman"/>
          <w:sz w:val="24"/>
          <w:szCs w:val="24"/>
        </w:rPr>
        <w:t>.</w:t>
      </w:r>
    </w:p>
    <w:p w14:paraId="26A9C3D3" w14:textId="1156E108" w:rsidR="00A82D36" w:rsidRPr="00215E31" w:rsidRDefault="00000000" w:rsidP="00DC0EC1">
      <w:pPr>
        <w:pStyle w:val="ListNumber"/>
        <w:numPr>
          <w:ilvl w:val="0"/>
          <w:numId w:val="17"/>
        </w:numPr>
        <w:spacing w:line="360" w:lineRule="auto"/>
        <w:jc w:val="both"/>
        <w:rPr>
          <w:rFonts w:cs="Times New Roman"/>
          <w:sz w:val="24"/>
          <w:szCs w:val="24"/>
        </w:rPr>
      </w:pPr>
      <w:r w:rsidRPr="00215E31">
        <w:rPr>
          <w:rFonts w:cs="Times New Roman"/>
          <w:sz w:val="24"/>
          <w:szCs w:val="24"/>
        </w:rPr>
        <w:t>Exhibition dan awarding: karya terpilih ditampilkan untuk mempertemukan inovator dan calon pengguna/mitra; pemenang ditetapkan berdasarkan penilaian juri.</w:t>
      </w:r>
    </w:p>
    <w:p w14:paraId="59CA3A23" w14:textId="598CCF52" w:rsidR="00A82D36" w:rsidRPr="00035770" w:rsidRDefault="00000000" w:rsidP="00035770">
      <w:pPr>
        <w:pStyle w:val="Heading2"/>
        <w:numPr>
          <w:ilvl w:val="1"/>
          <w:numId w:val="12"/>
        </w:numPr>
        <w:spacing w:line="360" w:lineRule="auto"/>
        <w:jc w:val="both"/>
        <w:rPr>
          <w:rFonts w:ascii="Times New Roman" w:hAnsi="Times New Roman" w:cs="Times New Roman"/>
          <w:color w:val="auto"/>
          <w:sz w:val="28"/>
          <w:szCs w:val="28"/>
        </w:rPr>
      </w:pPr>
      <w:r w:rsidRPr="00035770">
        <w:rPr>
          <w:rFonts w:ascii="Times New Roman" w:hAnsi="Times New Roman" w:cs="Times New Roman"/>
          <w:color w:val="auto"/>
          <w:sz w:val="28"/>
          <w:szCs w:val="28"/>
        </w:rPr>
        <w:t xml:space="preserve"> </w:t>
      </w:r>
      <w:proofErr w:type="spellStart"/>
      <w:r w:rsidRPr="00035770">
        <w:rPr>
          <w:rFonts w:ascii="Times New Roman" w:hAnsi="Times New Roman" w:cs="Times New Roman"/>
          <w:color w:val="auto"/>
          <w:sz w:val="28"/>
          <w:szCs w:val="28"/>
        </w:rPr>
        <w:t>Kriteria</w:t>
      </w:r>
      <w:proofErr w:type="spellEnd"/>
      <w:r w:rsidRPr="00035770">
        <w:rPr>
          <w:rFonts w:ascii="Times New Roman" w:hAnsi="Times New Roman" w:cs="Times New Roman"/>
          <w:color w:val="auto"/>
          <w:sz w:val="28"/>
          <w:szCs w:val="28"/>
        </w:rPr>
        <w:t xml:space="preserve"> </w:t>
      </w:r>
      <w:proofErr w:type="spellStart"/>
      <w:r w:rsidRPr="00035770">
        <w:rPr>
          <w:rFonts w:ascii="Times New Roman" w:hAnsi="Times New Roman" w:cs="Times New Roman"/>
          <w:color w:val="auto"/>
          <w:sz w:val="28"/>
          <w:szCs w:val="28"/>
        </w:rPr>
        <w:t>Penilaian</w:t>
      </w:r>
      <w:proofErr w:type="spellEnd"/>
      <w:r w:rsidRPr="00035770">
        <w:rPr>
          <w:rFonts w:ascii="Times New Roman" w:hAnsi="Times New Roman" w:cs="Times New Roman"/>
          <w:color w:val="auto"/>
          <w:sz w:val="28"/>
          <w:szCs w:val="28"/>
        </w:rPr>
        <w:t xml:space="preserve"> Showcase</w:t>
      </w:r>
    </w:p>
    <w:p w14:paraId="3E252B4E" w14:textId="543E7E6B" w:rsidR="00A82D36" w:rsidRPr="00215E31" w:rsidRDefault="00000000" w:rsidP="00215E31">
      <w:pPr>
        <w:spacing w:line="360" w:lineRule="auto"/>
        <w:jc w:val="both"/>
        <w:rPr>
          <w:rFonts w:cs="Times New Roman"/>
          <w:sz w:val="24"/>
          <w:szCs w:val="24"/>
        </w:rPr>
      </w:pPr>
      <w:proofErr w:type="spellStart"/>
      <w:r w:rsidRPr="00215E31">
        <w:rPr>
          <w:rFonts w:cs="Times New Roman"/>
          <w:sz w:val="24"/>
          <w:szCs w:val="24"/>
        </w:rPr>
        <w:t>Bobot</w:t>
      </w:r>
      <w:proofErr w:type="spellEnd"/>
      <w:r w:rsidRPr="00215E31">
        <w:rPr>
          <w:rFonts w:cs="Times New Roman"/>
          <w:sz w:val="24"/>
          <w:szCs w:val="24"/>
        </w:rPr>
        <w:t xml:space="preserve"> </w:t>
      </w:r>
      <w:proofErr w:type="spellStart"/>
      <w:r w:rsidRPr="00215E31">
        <w:rPr>
          <w:rFonts w:cs="Times New Roman"/>
          <w:sz w:val="24"/>
          <w:szCs w:val="24"/>
        </w:rPr>
        <w:t>ini</w:t>
      </w:r>
      <w:proofErr w:type="spellEnd"/>
      <w:r w:rsidRPr="00215E31">
        <w:rPr>
          <w:rFonts w:cs="Times New Roman"/>
          <w:sz w:val="24"/>
          <w:szCs w:val="24"/>
        </w:rPr>
        <w:t xml:space="preserve"> </w:t>
      </w:r>
      <w:proofErr w:type="spellStart"/>
      <w:r w:rsidRPr="00215E31">
        <w:rPr>
          <w:rFonts w:cs="Times New Roman"/>
          <w:sz w:val="24"/>
          <w:szCs w:val="24"/>
        </w:rPr>
        <w:t>menjadi</w:t>
      </w:r>
      <w:proofErr w:type="spellEnd"/>
      <w:r w:rsidRPr="00215E31">
        <w:rPr>
          <w:rFonts w:cs="Times New Roman"/>
          <w:sz w:val="24"/>
          <w:szCs w:val="24"/>
        </w:rPr>
        <w:t xml:space="preserve"> </w:t>
      </w:r>
      <w:proofErr w:type="spellStart"/>
      <w:r w:rsidRPr="00215E31">
        <w:rPr>
          <w:rFonts w:cs="Times New Roman"/>
          <w:sz w:val="24"/>
          <w:szCs w:val="24"/>
        </w:rPr>
        <w:t>dasar</w:t>
      </w:r>
      <w:proofErr w:type="spellEnd"/>
      <w:r w:rsidRPr="00215E31">
        <w:rPr>
          <w:rFonts w:cs="Times New Roman"/>
          <w:sz w:val="24"/>
          <w:szCs w:val="24"/>
        </w:rPr>
        <w:t xml:space="preserve"> </w:t>
      </w:r>
      <w:proofErr w:type="spellStart"/>
      <w:r w:rsidRPr="00215E31">
        <w:rPr>
          <w:rFonts w:cs="Times New Roman"/>
          <w:sz w:val="24"/>
          <w:szCs w:val="24"/>
        </w:rPr>
        <w:t>juknis</w:t>
      </w:r>
      <w:proofErr w:type="spellEnd"/>
      <w:r w:rsidRPr="00215E31">
        <w:rPr>
          <w:rFonts w:cs="Times New Roman"/>
          <w:sz w:val="24"/>
          <w:szCs w:val="24"/>
        </w:rPr>
        <w:t xml:space="preserve"> </w:t>
      </w:r>
      <w:proofErr w:type="spellStart"/>
      <w:r w:rsidR="00DC0EC1">
        <w:rPr>
          <w:rFonts w:cs="Times New Roman"/>
          <w:sz w:val="24"/>
          <w:szCs w:val="24"/>
        </w:rPr>
        <w:t>Inovboyo</w:t>
      </w:r>
      <w:proofErr w:type="spellEnd"/>
      <w:r w:rsidR="00DC0EC1">
        <w:rPr>
          <w:rFonts w:cs="Times New Roman"/>
          <w:sz w:val="24"/>
          <w:szCs w:val="24"/>
        </w:rPr>
        <w:t xml:space="preserve"> </w:t>
      </w:r>
      <w:r w:rsidRPr="00215E31">
        <w:rPr>
          <w:rFonts w:cs="Times New Roman"/>
          <w:sz w:val="24"/>
          <w:szCs w:val="24"/>
        </w:rPr>
        <w:t>Showcase</w:t>
      </w:r>
    </w:p>
    <w:tbl>
      <w:tblPr>
        <w:tblStyle w:val="TableGrid"/>
        <w:tblW w:w="0" w:type="auto"/>
        <w:jc w:val="center"/>
        <w:tblLayout w:type="fixed"/>
        <w:tblLook w:val="04A0" w:firstRow="1" w:lastRow="0" w:firstColumn="1" w:lastColumn="0" w:noHBand="0" w:noVBand="1"/>
      </w:tblPr>
      <w:tblGrid>
        <w:gridCol w:w="1814"/>
        <w:gridCol w:w="6350"/>
        <w:gridCol w:w="964"/>
      </w:tblGrid>
      <w:tr w:rsidR="00A82D36" w:rsidRPr="00215E31" w14:paraId="7BD39850" w14:textId="77777777">
        <w:trPr>
          <w:jc w:val="center"/>
        </w:trPr>
        <w:tc>
          <w:tcPr>
            <w:tcW w:w="1814" w:type="dxa"/>
            <w:shd w:val="clear" w:color="auto" w:fill="D9D9D9"/>
            <w:tcMar>
              <w:top w:w="70" w:type="dxa"/>
              <w:left w:w="80" w:type="dxa"/>
              <w:bottom w:w="70" w:type="dxa"/>
              <w:right w:w="80" w:type="dxa"/>
            </w:tcMar>
            <w:vAlign w:val="center"/>
          </w:tcPr>
          <w:p w14:paraId="32FB19F7" w14:textId="77777777"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Aspek</w:t>
            </w:r>
          </w:p>
        </w:tc>
        <w:tc>
          <w:tcPr>
            <w:tcW w:w="6350" w:type="dxa"/>
            <w:shd w:val="clear" w:color="auto" w:fill="D9D9D9"/>
            <w:tcMar>
              <w:top w:w="70" w:type="dxa"/>
              <w:left w:w="80" w:type="dxa"/>
              <w:bottom w:w="70" w:type="dxa"/>
              <w:right w:w="80" w:type="dxa"/>
            </w:tcMar>
            <w:vAlign w:val="center"/>
          </w:tcPr>
          <w:p w14:paraId="661FEF45" w14:textId="77777777"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Uraian penilaian</w:t>
            </w:r>
          </w:p>
        </w:tc>
        <w:tc>
          <w:tcPr>
            <w:tcW w:w="964" w:type="dxa"/>
            <w:shd w:val="clear" w:color="auto" w:fill="D9D9D9"/>
            <w:tcMar>
              <w:top w:w="70" w:type="dxa"/>
              <w:left w:w="80" w:type="dxa"/>
              <w:bottom w:w="70" w:type="dxa"/>
              <w:right w:w="80" w:type="dxa"/>
            </w:tcMar>
            <w:vAlign w:val="center"/>
          </w:tcPr>
          <w:p w14:paraId="722B2266" w14:textId="77777777"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Skor maks.</w:t>
            </w:r>
          </w:p>
        </w:tc>
      </w:tr>
      <w:tr w:rsidR="00A82D36" w:rsidRPr="00215E31" w14:paraId="41E6EBAD" w14:textId="77777777">
        <w:trPr>
          <w:jc w:val="center"/>
        </w:trPr>
        <w:tc>
          <w:tcPr>
            <w:tcW w:w="1814" w:type="dxa"/>
            <w:tcMar>
              <w:top w:w="70" w:type="dxa"/>
              <w:left w:w="80" w:type="dxa"/>
              <w:bottom w:w="70" w:type="dxa"/>
              <w:right w:w="80" w:type="dxa"/>
            </w:tcMar>
            <w:vAlign w:val="center"/>
          </w:tcPr>
          <w:p w14:paraId="7F873F9A"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Keaslian gagasan</w:t>
            </w:r>
          </w:p>
        </w:tc>
        <w:tc>
          <w:tcPr>
            <w:tcW w:w="6350" w:type="dxa"/>
            <w:tcMar>
              <w:top w:w="70" w:type="dxa"/>
              <w:left w:w="80" w:type="dxa"/>
              <w:bottom w:w="70" w:type="dxa"/>
              <w:right w:w="80" w:type="dxa"/>
            </w:tcMar>
            <w:vAlign w:val="center"/>
          </w:tcPr>
          <w:p w14:paraId="029FF19B"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Orisinalitas/hal baru, aktualitas sesuai kondisi masyarakat, serta kesesuaian terhadap tema yang ditetapkan.</w:t>
            </w:r>
          </w:p>
        </w:tc>
        <w:tc>
          <w:tcPr>
            <w:tcW w:w="964" w:type="dxa"/>
            <w:tcMar>
              <w:top w:w="70" w:type="dxa"/>
              <w:left w:w="80" w:type="dxa"/>
              <w:bottom w:w="70" w:type="dxa"/>
              <w:right w:w="80" w:type="dxa"/>
            </w:tcMar>
            <w:vAlign w:val="center"/>
          </w:tcPr>
          <w:p w14:paraId="4D04881F"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30</w:t>
            </w:r>
          </w:p>
        </w:tc>
      </w:tr>
      <w:tr w:rsidR="00A82D36" w:rsidRPr="00215E31" w14:paraId="3DE9F0AF" w14:textId="77777777">
        <w:trPr>
          <w:jc w:val="center"/>
        </w:trPr>
        <w:tc>
          <w:tcPr>
            <w:tcW w:w="1814" w:type="dxa"/>
            <w:tcMar>
              <w:top w:w="70" w:type="dxa"/>
              <w:left w:w="80" w:type="dxa"/>
              <w:bottom w:w="70" w:type="dxa"/>
              <w:right w:w="80" w:type="dxa"/>
            </w:tcMar>
            <w:vAlign w:val="center"/>
          </w:tcPr>
          <w:p w14:paraId="52EC113B"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Kreativitas</w:t>
            </w:r>
          </w:p>
        </w:tc>
        <w:tc>
          <w:tcPr>
            <w:tcW w:w="6350" w:type="dxa"/>
            <w:tcMar>
              <w:top w:w="70" w:type="dxa"/>
              <w:left w:w="80" w:type="dxa"/>
              <w:bottom w:w="70" w:type="dxa"/>
              <w:right w:w="80" w:type="dxa"/>
            </w:tcMar>
            <w:vAlign w:val="center"/>
          </w:tcPr>
          <w:p w14:paraId="455DE5EA"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Pendekatan atau cara baru dalam menyelesaikan masalah masyarakat atau unit kerja.</w:t>
            </w:r>
          </w:p>
        </w:tc>
        <w:tc>
          <w:tcPr>
            <w:tcW w:w="964" w:type="dxa"/>
            <w:tcMar>
              <w:top w:w="70" w:type="dxa"/>
              <w:left w:w="80" w:type="dxa"/>
              <w:bottom w:w="70" w:type="dxa"/>
              <w:right w:w="80" w:type="dxa"/>
            </w:tcMar>
            <w:vAlign w:val="center"/>
          </w:tcPr>
          <w:p w14:paraId="3E4A27E9"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10</w:t>
            </w:r>
          </w:p>
        </w:tc>
      </w:tr>
      <w:tr w:rsidR="00A82D36" w:rsidRPr="00215E31" w14:paraId="03392CD7" w14:textId="77777777">
        <w:trPr>
          <w:jc w:val="center"/>
        </w:trPr>
        <w:tc>
          <w:tcPr>
            <w:tcW w:w="1814" w:type="dxa"/>
            <w:tcMar>
              <w:top w:w="70" w:type="dxa"/>
              <w:left w:w="80" w:type="dxa"/>
              <w:bottom w:w="70" w:type="dxa"/>
              <w:right w:w="80" w:type="dxa"/>
            </w:tcMar>
            <w:vAlign w:val="center"/>
          </w:tcPr>
          <w:p w14:paraId="52C337A6"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Dampak</w:t>
            </w:r>
          </w:p>
        </w:tc>
        <w:tc>
          <w:tcPr>
            <w:tcW w:w="6350" w:type="dxa"/>
            <w:tcMar>
              <w:top w:w="70" w:type="dxa"/>
              <w:left w:w="80" w:type="dxa"/>
              <w:bottom w:w="70" w:type="dxa"/>
              <w:right w:w="80" w:type="dxa"/>
            </w:tcMar>
            <w:vAlign w:val="center"/>
          </w:tcPr>
          <w:p w14:paraId="263ABF7C"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Manfaat/pengaruh inovasi bagi pengguna, lingkungan, wilayah, kota, provinsi, atau tingkat yang lebih luas.</w:t>
            </w:r>
          </w:p>
        </w:tc>
        <w:tc>
          <w:tcPr>
            <w:tcW w:w="964" w:type="dxa"/>
            <w:tcMar>
              <w:top w:w="70" w:type="dxa"/>
              <w:left w:w="80" w:type="dxa"/>
              <w:bottom w:w="70" w:type="dxa"/>
              <w:right w:w="80" w:type="dxa"/>
            </w:tcMar>
            <w:vAlign w:val="center"/>
          </w:tcPr>
          <w:p w14:paraId="36D0CC44"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25</w:t>
            </w:r>
          </w:p>
        </w:tc>
      </w:tr>
      <w:tr w:rsidR="00A82D36" w:rsidRPr="00215E31" w14:paraId="0F97D679" w14:textId="77777777">
        <w:trPr>
          <w:jc w:val="center"/>
        </w:trPr>
        <w:tc>
          <w:tcPr>
            <w:tcW w:w="1814" w:type="dxa"/>
            <w:tcMar>
              <w:top w:w="70" w:type="dxa"/>
              <w:left w:w="80" w:type="dxa"/>
              <w:bottom w:w="70" w:type="dxa"/>
              <w:right w:w="80" w:type="dxa"/>
            </w:tcMar>
            <w:vAlign w:val="center"/>
          </w:tcPr>
          <w:p w14:paraId="4379E94E"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Dapat direplikasi</w:t>
            </w:r>
          </w:p>
        </w:tc>
        <w:tc>
          <w:tcPr>
            <w:tcW w:w="6350" w:type="dxa"/>
            <w:tcMar>
              <w:top w:w="70" w:type="dxa"/>
              <w:left w:w="80" w:type="dxa"/>
              <w:bottom w:w="70" w:type="dxa"/>
              <w:right w:w="80" w:type="dxa"/>
            </w:tcMar>
            <w:vAlign w:val="center"/>
          </w:tcPr>
          <w:p w14:paraId="36F82DD4"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Peluang inovasi untuk diterapkan kembali di tempat atau daerah lain.</w:t>
            </w:r>
          </w:p>
        </w:tc>
        <w:tc>
          <w:tcPr>
            <w:tcW w:w="964" w:type="dxa"/>
            <w:tcMar>
              <w:top w:w="70" w:type="dxa"/>
              <w:left w:w="80" w:type="dxa"/>
              <w:bottom w:w="70" w:type="dxa"/>
              <w:right w:w="80" w:type="dxa"/>
            </w:tcMar>
            <w:vAlign w:val="center"/>
          </w:tcPr>
          <w:p w14:paraId="6A02FC59"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15</w:t>
            </w:r>
          </w:p>
        </w:tc>
      </w:tr>
      <w:tr w:rsidR="00A82D36" w:rsidRPr="00215E31" w14:paraId="39F1ED23" w14:textId="77777777">
        <w:trPr>
          <w:jc w:val="center"/>
        </w:trPr>
        <w:tc>
          <w:tcPr>
            <w:tcW w:w="1814" w:type="dxa"/>
            <w:tcMar>
              <w:top w:w="70" w:type="dxa"/>
              <w:left w:w="80" w:type="dxa"/>
              <w:bottom w:w="70" w:type="dxa"/>
              <w:right w:w="80" w:type="dxa"/>
            </w:tcMar>
            <w:vAlign w:val="center"/>
          </w:tcPr>
          <w:p w14:paraId="4F0BA843"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Poster dan video</w:t>
            </w:r>
          </w:p>
        </w:tc>
        <w:tc>
          <w:tcPr>
            <w:tcW w:w="6350" w:type="dxa"/>
            <w:tcMar>
              <w:top w:w="70" w:type="dxa"/>
              <w:left w:w="80" w:type="dxa"/>
              <w:bottom w:w="70" w:type="dxa"/>
              <w:right w:w="80" w:type="dxa"/>
            </w:tcMar>
            <w:vAlign w:val="center"/>
          </w:tcPr>
          <w:p w14:paraId="0D42F70C"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Kejelasan dan kualitas materi visual dalam menjelaskan gambaran umum inovasi.</w:t>
            </w:r>
          </w:p>
        </w:tc>
        <w:tc>
          <w:tcPr>
            <w:tcW w:w="964" w:type="dxa"/>
            <w:tcMar>
              <w:top w:w="70" w:type="dxa"/>
              <w:left w:w="80" w:type="dxa"/>
              <w:bottom w:w="70" w:type="dxa"/>
              <w:right w:w="80" w:type="dxa"/>
            </w:tcMar>
            <w:vAlign w:val="center"/>
          </w:tcPr>
          <w:p w14:paraId="5D0C3FA1"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20</w:t>
            </w:r>
          </w:p>
        </w:tc>
      </w:tr>
      <w:tr w:rsidR="00A82D36" w:rsidRPr="00215E31" w14:paraId="69E84F22" w14:textId="77777777">
        <w:trPr>
          <w:jc w:val="center"/>
        </w:trPr>
        <w:tc>
          <w:tcPr>
            <w:tcW w:w="1814" w:type="dxa"/>
            <w:tcMar>
              <w:top w:w="70" w:type="dxa"/>
              <w:left w:w="80" w:type="dxa"/>
              <w:bottom w:w="70" w:type="dxa"/>
              <w:right w:w="80" w:type="dxa"/>
            </w:tcMar>
            <w:vAlign w:val="center"/>
          </w:tcPr>
          <w:p w14:paraId="112335E7"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TOTAL</w:t>
            </w:r>
          </w:p>
        </w:tc>
        <w:tc>
          <w:tcPr>
            <w:tcW w:w="6350" w:type="dxa"/>
            <w:tcMar>
              <w:top w:w="70" w:type="dxa"/>
              <w:left w:w="80" w:type="dxa"/>
              <w:bottom w:w="70" w:type="dxa"/>
              <w:right w:w="80" w:type="dxa"/>
            </w:tcMar>
            <w:vAlign w:val="center"/>
          </w:tcPr>
          <w:p w14:paraId="0ED79EC3"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Skor maksimal seluruh aspek.</w:t>
            </w:r>
          </w:p>
        </w:tc>
        <w:tc>
          <w:tcPr>
            <w:tcW w:w="964" w:type="dxa"/>
            <w:tcMar>
              <w:top w:w="70" w:type="dxa"/>
              <w:left w:w="80" w:type="dxa"/>
              <w:bottom w:w="70" w:type="dxa"/>
              <w:right w:w="80" w:type="dxa"/>
            </w:tcMar>
            <w:vAlign w:val="center"/>
          </w:tcPr>
          <w:p w14:paraId="00F24907"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100</w:t>
            </w:r>
          </w:p>
        </w:tc>
      </w:tr>
    </w:tbl>
    <w:p w14:paraId="27511050" w14:textId="77777777" w:rsidR="00215E31" w:rsidRPr="00215E31" w:rsidRDefault="00215E31" w:rsidP="00215E31">
      <w:pPr>
        <w:spacing w:line="360" w:lineRule="auto"/>
        <w:jc w:val="both"/>
        <w:rPr>
          <w:rFonts w:cs="Times New Roman"/>
          <w:i/>
          <w:sz w:val="24"/>
          <w:szCs w:val="24"/>
        </w:rPr>
      </w:pPr>
    </w:p>
    <w:p w14:paraId="37045181" w14:textId="1B4B0023" w:rsidR="00A82D36" w:rsidRPr="00215E31" w:rsidRDefault="00000000" w:rsidP="00215E31">
      <w:pPr>
        <w:spacing w:line="360" w:lineRule="auto"/>
        <w:jc w:val="both"/>
        <w:rPr>
          <w:rFonts w:cs="Times New Roman"/>
          <w:sz w:val="24"/>
          <w:szCs w:val="24"/>
        </w:rPr>
      </w:pPr>
      <w:r w:rsidRPr="00215E31">
        <w:rPr>
          <w:rFonts w:cs="Times New Roman"/>
          <w:sz w:val="24"/>
          <w:szCs w:val="24"/>
        </w:rPr>
        <w:t xml:space="preserve">Agar </w:t>
      </w:r>
      <w:proofErr w:type="spellStart"/>
      <w:r w:rsidRPr="00215E31">
        <w:rPr>
          <w:rFonts w:cs="Times New Roman"/>
          <w:sz w:val="24"/>
          <w:szCs w:val="24"/>
        </w:rPr>
        <w:t>penilaian</w:t>
      </w:r>
      <w:proofErr w:type="spellEnd"/>
      <w:r w:rsidRPr="00215E31">
        <w:rPr>
          <w:rFonts w:cs="Times New Roman"/>
          <w:sz w:val="24"/>
          <w:szCs w:val="24"/>
        </w:rPr>
        <w:t xml:space="preserve"> </w:t>
      </w:r>
      <w:proofErr w:type="spellStart"/>
      <w:r w:rsidRPr="00215E31">
        <w:rPr>
          <w:rFonts w:cs="Times New Roman"/>
          <w:sz w:val="24"/>
          <w:szCs w:val="24"/>
        </w:rPr>
        <w:t>dapat</w:t>
      </w:r>
      <w:proofErr w:type="spellEnd"/>
      <w:r w:rsidRPr="00215E31">
        <w:rPr>
          <w:rFonts w:cs="Times New Roman"/>
          <w:sz w:val="24"/>
          <w:szCs w:val="24"/>
        </w:rPr>
        <w:t xml:space="preserve"> </w:t>
      </w:r>
      <w:proofErr w:type="spellStart"/>
      <w:r w:rsidRPr="00215E31">
        <w:rPr>
          <w:rFonts w:cs="Times New Roman"/>
          <w:sz w:val="24"/>
          <w:szCs w:val="24"/>
        </w:rPr>
        <w:t>dipertanggungjawabkan</w:t>
      </w:r>
      <w:proofErr w:type="spellEnd"/>
      <w:r w:rsidRPr="00215E31">
        <w:rPr>
          <w:rFonts w:cs="Times New Roman"/>
          <w:sz w:val="24"/>
          <w:szCs w:val="24"/>
        </w:rPr>
        <w:t xml:space="preserve">, </w:t>
      </w:r>
      <w:proofErr w:type="spellStart"/>
      <w:r w:rsidRPr="00215E31">
        <w:rPr>
          <w:rFonts w:cs="Times New Roman"/>
          <w:sz w:val="24"/>
          <w:szCs w:val="24"/>
        </w:rPr>
        <w:t>deskripsi</w:t>
      </w:r>
      <w:proofErr w:type="spellEnd"/>
      <w:r w:rsidRPr="00215E31">
        <w:rPr>
          <w:rFonts w:cs="Times New Roman"/>
          <w:sz w:val="24"/>
          <w:szCs w:val="24"/>
        </w:rPr>
        <w:t xml:space="preserve"> dan bukti pendukung sebaiknya menghubungkan klaim peserta dengan hasil yang dapat diperiksa. Contohnya berupa dokumentasi prototipe, foto sebelum/sesudah, catatan uji coba, data sederhana, testimoni yang dapat dipertanggungjawabkan, atau catatan penerapan. Juri menilai berdasarkan informasi yang tersedia; peserta perlu menyebutkan batasan data dan tidak membesar-besarkan manfaat.</w:t>
      </w:r>
    </w:p>
    <w:p w14:paraId="3BB79449" w14:textId="7B368BD1" w:rsidR="00A82D36" w:rsidRPr="008F519D" w:rsidRDefault="00895B6D" w:rsidP="008F519D">
      <w:pPr>
        <w:pStyle w:val="Heading2"/>
        <w:numPr>
          <w:ilvl w:val="1"/>
          <w:numId w:val="12"/>
        </w:num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roofErr w:type="spellStart"/>
      <w:r w:rsidR="00000000" w:rsidRPr="008F519D">
        <w:rPr>
          <w:rFonts w:ascii="Times New Roman" w:hAnsi="Times New Roman" w:cs="Times New Roman"/>
          <w:color w:val="auto"/>
          <w:sz w:val="28"/>
          <w:szCs w:val="28"/>
        </w:rPr>
        <w:t>Finalis</w:t>
      </w:r>
      <w:proofErr w:type="spellEnd"/>
      <w:r w:rsidR="00000000" w:rsidRPr="008F519D">
        <w:rPr>
          <w:rFonts w:ascii="Times New Roman" w:hAnsi="Times New Roman" w:cs="Times New Roman"/>
          <w:color w:val="auto"/>
          <w:sz w:val="28"/>
          <w:szCs w:val="28"/>
        </w:rPr>
        <w:t xml:space="preserve">, Exhibition, </w:t>
      </w:r>
      <w:proofErr w:type="spellStart"/>
      <w:r w:rsidR="00000000" w:rsidRPr="008F519D">
        <w:rPr>
          <w:rFonts w:ascii="Times New Roman" w:hAnsi="Times New Roman" w:cs="Times New Roman"/>
          <w:color w:val="auto"/>
          <w:sz w:val="28"/>
          <w:szCs w:val="28"/>
        </w:rPr>
        <w:t>Penghargaan</w:t>
      </w:r>
      <w:proofErr w:type="spellEnd"/>
      <w:r w:rsidR="00000000" w:rsidRPr="008F519D">
        <w:rPr>
          <w:rFonts w:ascii="Times New Roman" w:hAnsi="Times New Roman" w:cs="Times New Roman"/>
          <w:color w:val="auto"/>
          <w:sz w:val="28"/>
          <w:szCs w:val="28"/>
        </w:rPr>
        <w:t>, dan Juri</w:t>
      </w:r>
    </w:p>
    <w:p w14:paraId="0CC086DF"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Karya yang lolos seleksi dapat mengikuti audisi lanjutan, presentasi finalis, exhibition, dan awarding sesuai jadwal panitia. Exhibition merupakan ruang untuk memperlihatkan karya, mengomunikasikan manfaat kepada publik, mempertemukan inovator dengan calon pengguna/mitra, serta membuka peluang mentoring, replikasi, adopsi, perlindungan kekayaan intelektual, atau komersialisasi. Keikutsertaan dalam exhibition tidak otomatis menjamin pendanaan atau adopsi oleh pihak lain.</w:t>
      </w:r>
    </w:p>
    <w:p w14:paraId="5102BE07" w14:textId="30FCFCA4" w:rsidR="00A82D36" w:rsidRPr="00215E31" w:rsidRDefault="00DC0EC1" w:rsidP="00215E31">
      <w:pPr>
        <w:spacing w:line="360" w:lineRule="auto"/>
        <w:jc w:val="both"/>
        <w:rPr>
          <w:rFonts w:cs="Times New Roman"/>
          <w:sz w:val="24"/>
          <w:szCs w:val="24"/>
        </w:rPr>
      </w:pPr>
      <w:r>
        <w:rPr>
          <w:rFonts w:cs="Times New Roman"/>
          <w:sz w:val="24"/>
          <w:szCs w:val="24"/>
        </w:rPr>
        <w:t>E</w:t>
      </w:r>
      <w:r w:rsidR="00000000" w:rsidRPr="00215E31">
        <w:rPr>
          <w:rFonts w:cs="Times New Roman"/>
          <w:sz w:val="24"/>
          <w:szCs w:val="24"/>
        </w:rPr>
        <w:t xml:space="preserve">nam </w:t>
      </w:r>
      <w:proofErr w:type="spellStart"/>
      <w:r w:rsidR="00000000" w:rsidRPr="00215E31">
        <w:rPr>
          <w:rFonts w:cs="Times New Roman"/>
          <w:sz w:val="24"/>
          <w:szCs w:val="24"/>
        </w:rPr>
        <w:t>karya</w:t>
      </w:r>
      <w:proofErr w:type="spellEnd"/>
      <w:r w:rsidR="00000000" w:rsidRPr="00215E31">
        <w:rPr>
          <w:rFonts w:cs="Times New Roman"/>
          <w:sz w:val="24"/>
          <w:szCs w:val="24"/>
        </w:rPr>
        <w:t xml:space="preserve"> </w:t>
      </w:r>
      <w:proofErr w:type="spellStart"/>
      <w:r w:rsidR="00000000" w:rsidRPr="00215E31">
        <w:rPr>
          <w:rFonts w:cs="Times New Roman"/>
          <w:sz w:val="24"/>
          <w:szCs w:val="24"/>
        </w:rPr>
        <w:t>terbaik</w:t>
      </w:r>
      <w:proofErr w:type="spellEnd"/>
      <w:r w:rsidR="00000000" w:rsidRPr="00215E31">
        <w:rPr>
          <w:rFonts w:cs="Times New Roman"/>
          <w:sz w:val="24"/>
          <w:szCs w:val="24"/>
        </w:rPr>
        <w:t xml:space="preserve"> di setiap kategori dapat ditetapkan sebagai Juara 1, Juara 2, Juara 3, Harapan 1, Harapan 2, dan Harapan 3. </w:t>
      </w:r>
      <w:proofErr w:type="spellStart"/>
      <w:r w:rsidR="00000000" w:rsidRPr="00215E31">
        <w:rPr>
          <w:rFonts w:cs="Times New Roman"/>
          <w:sz w:val="24"/>
          <w:szCs w:val="24"/>
        </w:rPr>
        <w:t>Besaran</w:t>
      </w:r>
      <w:proofErr w:type="spellEnd"/>
      <w:r w:rsidR="00000000" w:rsidRPr="00215E31">
        <w:rPr>
          <w:rFonts w:cs="Times New Roman"/>
          <w:sz w:val="24"/>
          <w:szCs w:val="24"/>
        </w:rPr>
        <w:t xml:space="preserve"> </w:t>
      </w:r>
      <w:proofErr w:type="spellStart"/>
      <w:r w:rsidR="00000000" w:rsidRPr="00215E31">
        <w:rPr>
          <w:rFonts w:cs="Times New Roman"/>
          <w:sz w:val="24"/>
          <w:szCs w:val="24"/>
        </w:rPr>
        <w:t>apresiasi</w:t>
      </w:r>
      <w:proofErr w:type="spellEnd"/>
      <w:r w:rsidR="00000000" w:rsidRPr="00215E31">
        <w:rPr>
          <w:rFonts w:cs="Times New Roman"/>
          <w:sz w:val="24"/>
          <w:szCs w:val="24"/>
        </w:rPr>
        <w:t xml:space="preserve"> </w:t>
      </w:r>
      <w:proofErr w:type="spellStart"/>
      <w:r w:rsidR="00000000" w:rsidRPr="00215E31">
        <w:rPr>
          <w:rFonts w:cs="Times New Roman"/>
          <w:sz w:val="24"/>
          <w:szCs w:val="24"/>
        </w:rPr>
        <w:t>adalah</w:t>
      </w:r>
      <w:proofErr w:type="spellEnd"/>
      <w:r w:rsidR="00000000" w:rsidRPr="00215E31">
        <w:rPr>
          <w:rFonts w:cs="Times New Roman"/>
          <w:sz w:val="24"/>
          <w:szCs w:val="24"/>
        </w:rPr>
        <w:t>:</w:t>
      </w:r>
    </w:p>
    <w:p w14:paraId="49522A65" w14:textId="77777777" w:rsidR="00215E31" w:rsidRPr="00215E31" w:rsidRDefault="00215E31" w:rsidP="00215E31">
      <w:pPr>
        <w:spacing w:line="360" w:lineRule="auto"/>
        <w:jc w:val="both"/>
        <w:rPr>
          <w:rFonts w:cs="Times New Roman"/>
          <w:sz w:val="24"/>
          <w:szCs w:val="24"/>
        </w:rPr>
      </w:pPr>
    </w:p>
    <w:tbl>
      <w:tblPr>
        <w:tblStyle w:val="TableGrid"/>
        <w:tblW w:w="0" w:type="auto"/>
        <w:jc w:val="center"/>
        <w:tblLayout w:type="fixed"/>
        <w:tblLook w:val="04A0" w:firstRow="1" w:lastRow="0" w:firstColumn="1" w:lastColumn="0" w:noHBand="0" w:noVBand="1"/>
      </w:tblPr>
      <w:tblGrid>
        <w:gridCol w:w="3515"/>
        <w:gridCol w:w="5556"/>
      </w:tblGrid>
      <w:tr w:rsidR="00A82D36" w:rsidRPr="00215E31" w14:paraId="057B6AE9" w14:textId="77777777">
        <w:trPr>
          <w:jc w:val="center"/>
        </w:trPr>
        <w:tc>
          <w:tcPr>
            <w:tcW w:w="3515" w:type="dxa"/>
            <w:shd w:val="clear" w:color="auto" w:fill="D9D9D9"/>
            <w:tcMar>
              <w:top w:w="70" w:type="dxa"/>
              <w:left w:w="80" w:type="dxa"/>
              <w:bottom w:w="70" w:type="dxa"/>
              <w:right w:w="80" w:type="dxa"/>
            </w:tcMar>
            <w:vAlign w:val="center"/>
          </w:tcPr>
          <w:p w14:paraId="7140E20A" w14:textId="77777777"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Peringkat</w:t>
            </w:r>
          </w:p>
        </w:tc>
        <w:tc>
          <w:tcPr>
            <w:tcW w:w="5556" w:type="dxa"/>
            <w:shd w:val="clear" w:color="auto" w:fill="D9D9D9"/>
            <w:tcMar>
              <w:top w:w="70" w:type="dxa"/>
              <w:left w:w="80" w:type="dxa"/>
              <w:bottom w:w="70" w:type="dxa"/>
              <w:right w:w="80" w:type="dxa"/>
            </w:tcMar>
            <w:vAlign w:val="center"/>
          </w:tcPr>
          <w:p w14:paraId="612C8F1E" w14:textId="07227C6C"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 xml:space="preserve">Uang </w:t>
            </w:r>
            <w:proofErr w:type="spellStart"/>
            <w:r w:rsidRPr="00215E31">
              <w:rPr>
                <w:rFonts w:cs="Times New Roman"/>
                <w:b/>
                <w:sz w:val="24"/>
                <w:szCs w:val="24"/>
              </w:rPr>
              <w:t>pembinaan</w:t>
            </w:r>
            <w:proofErr w:type="spellEnd"/>
          </w:p>
        </w:tc>
      </w:tr>
      <w:tr w:rsidR="00A82D36" w:rsidRPr="00215E31" w14:paraId="698AB2A4" w14:textId="77777777">
        <w:trPr>
          <w:jc w:val="center"/>
        </w:trPr>
        <w:tc>
          <w:tcPr>
            <w:tcW w:w="3515" w:type="dxa"/>
            <w:tcMar>
              <w:top w:w="70" w:type="dxa"/>
              <w:left w:w="80" w:type="dxa"/>
              <w:bottom w:w="70" w:type="dxa"/>
              <w:right w:w="80" w:type="dxa"/>
            </w:tcMar>
            <w:vAlign w:val="center"/>
          </w:tcPr>
          <w:p w14:paraId="6AC12D88"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Juara 1</w:t>
            </w:r>
          </w:p>
        </w:tc>
        <w:tc>
          <w:tcPr>
            <w:tcW w:w="5556" w:type="dxa"/>
            <w:tcMar>
              <w:top w:w="70" w:type="dxa"/>
              <w:left w:w="80" w:type="dxa"/>
              <w:bottom w:w="70" w:type="dxa"/>
              <w:right w:w="80" w:type="dxa"/>
            </w:tcMar>
            <w:vAlign w:val="center"/>
          </w:tcPr>
          <w:p w14:paraId="0FFC9FCA"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Rp7.500.000</w:t>
            </w:r>
          </w:p>
        </w:tc>
      </w:tr>
      <w:tr w:rsidR="00A82D36" w:rsidRPr="00215E31" w14:paraId="59503DF5" w14:textId="77777777">
        <w:trPr>
          <w:jc w:val="center"/>
        </w:trPr>
        <w:tc>
          <w:tcPr>
            <w:tcW w:w="3515" w:type="dxa"/>
            <w:tcMar>
              <w:top w:w="70" w:type="dxa"/>
              <w:left w:w="80" w:type="dxa"/>
              <w:bottom w:w="70" w:type="dxa"/>
              <w:right w:w="80" w:type="dxa"/>
            </w:tcMar>
            <w:vAlign w:val="center"/>
          </w:tcPr>
          <w:p w14:paraId="08F42881"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Juara 2</w:t>
            </w:r>
          </w:p>
        </w:tc>
        <w:tc>
          <w:tcPr>
            <w:tcW w:w="5556" w:type="dxa"/>
            <w:tcMar>
              <w:top w:w="70" w:type="dxa"/>
              <w:left w:w="80" w:type="dxa"/>
              <w:bottom w:w="70" w:type="dxa"/>
              <w:right w:w="80" w:type="dxa"/>
            </w:tcMar>
            <w:vAlign w:val="center"/>
          </w:tcPr>
          <w:p w14:paraId="19C2980F"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Rp5.000.000</w:t>
            </w:r>
          </w:p>
        </w:tc>
      </w:tr>
      <w:tr w:rsidR="00A82D36" w:rsidRPr="00215E31" w14:paraId="7955CDCE" w14:textId="77777777">
        <w:trPr>
          <w:jc w:val="center"/>
        </w:trPr>
        <w:tc>
          <w:tcPr>
            <w:tcW w:w="3515" w:type="dxa"/>
            <w:tcMar>
              <w:top w:w="70" w:type="dxa"/>
              <w:left w:w="80" w:type="dxa"/>
              <w:bottom w:w="70" w:type="dxa"/>
              <w:right w:w="80" w:type="dxa"/>
            </w:tcMar>
            <w:vAlign w:val="center"/>
          </w:tcPr>
          <w:p w14:paraId="7665B6EB"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Juara 3</w:t>
            </w:r>
          </w:p>
        </w:tc>
        <w:tc>
          <w:tcPr>
            <w:tcW w:w="5556" w:type="dxa"/>
            <w:tcMar>
              <w:top w:w="70" w:type="dxa"/>
              <w:left w:w="80" w:type="dxa"/>
              <w:bottom w:w="70" w:type="dxa"/>
              <w:right w:w="80" w:type="dxa"/>
            </w:tcMar>
            <w:vAlign w:val="center"/>
          </w:tcPr>
          <w:p w14:paraId="37274A2F"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Rp2.500.000</w:t>
            </w:r>
          </w:p>
        </w:tc>
      </w:tr>
      <w:tr w:rsidR="00A82D36" w:rsidRPr="00215E31" w14:paraId="529180A4" w14:textId="77777777">
        <w:trPr>
          <w:jc w:val="center"/>
        </w:trPr>
        <w:tc>
          <w:tcPr>
            <w:tcW w:w="3515" w:type="dxa"/>
            <w:tcMar>
              <w:top w:w="70" w:type="dxa"/>
              <w:left w:w="80" w:type="dxa"/>
              <w:bottom w:w="70" w:type="dxa"/>
              <w:right w:w="80" w:type="dxa"/>
            </w:tcMar>
            <w:vAlign w:val="center"/>
          </w:tcPr>
          <w:p w14:paraId="6BC544C8"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Harapan 1</w:t>
            </w:r>
          </w:p>
        </w:tc>
        <w:tc>
          <w:tcPr>
            <w:tcW w:w="5556" w:type="dxa"/>
            <w:tcMar>
              <w:top w:w="70" w:type="dxa"/>
              <w:left w:w="80" w:type="dxa"/>
              <w:bottom w:w="70" w:type="dxa"/>
              <w:right w:w="80" w:type="dxa"/>
            </w:tcMar>
            <w:vAlign w:val="center"/>
          </w:tcPr>
          <w:p w14:paraId="09EC8AB2"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Rp1.000.000</w:t>
            </w:r>
          </w:p>
        </w:tc>
      </w:tr>
      <w:tr w:rsidR="00A82D36" w:rsidRPr="00215E31" w14:paraId="5266A23F" w14:textId="77777777">
        <w:trPr>
          <w:jc w:val="center"/>
        </w:trPr>
        <w:tc>
          <w:tcPr>
            <w:tcW w:w="3515" w:type="dxa"/>
            <w:tcMar>
              <w:top w:w="70" w:type="dxa"/>
              <w:left w:w="80" w:type="dxa"/>
              <w:bottom w:w="70" w:type="dxa"/>
              <w:right w:w="80" w:type="dxa"/>
            </w:tcMar>
            <w:vAlign w:val="center"/>
          </w:tcPr>
          <w:p w14:paraId="3300F356"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Harapan 2</w:t>
            </w:r>
          </w:p>
        </w:tc>
        <w:tc>
          <w:tcPr>
            <w:tcW w:w="5556" w:type="dxa"/>
            <w:tcMar>
              <w:top w:w="70" w:type="dxa"/>
              <w:left w:w="80" w:type="dxa"/>
              <w:bottom w:w="70" w:type="dxa"/>
              <w:right w:w="80" w:type="dxa"/>
            </w:tcMar>
            <w:vAlign w:val="center"/>
          </w:tcPr>
          <w:p w14:paraId="46840953"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Rp750.000</w:t>
            </w:r>
          </w:p>
        </w:tc>
      </w:tr>
      <w:tr w:rsidR="00A82D36" w:rsidRPr="00215E31" w14:paraId="24DAFAAD" w14:textId="77777777">
        <w:trPr>
          <w:jc w:val="center"/>
        </w:trPr>
        <w:tc>
          <w:tcPr>
            <w:tcW w:w="3515" w:type="dxa"/>
            <w:tcMar>
              <w:top w:w="70" w:type="dxa"/>
              <w:left w:w="80" w:type="dxa"/>
              <w:bottom w:w="70" w:type="dxa"/>
              <w:right w:w="80" w:type="dxa"/>
            </w:tcMar>
            <w:vAlign w:val="center"/>
          </w:tcPr>
          <w:p w14:paraId="466B36B5"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Harapan 3</w:t>
            </w:r>
          </w:p>
        </w:tc>
        <w:tc>
          <w:tcPr>
            <w:tcW w:w="5556" w:type="dxa"/>
            <w:tcMar>
              <w:top w:w="70" w:type="dxa"/>
              <w:left w:w="80" w:type="dxa"/>
              <w:bottom w:w="70" w:type="dxa"/>
              <w:right w:w="80" w:type="dxa"/>
            </w:tcMar>
            <w:vAlign w:val="center"/>
          </w:tcPr>
          <w:p w14:paraId="1A1EA635"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Rp500.000</w:t>
            </w:r>
          </w:p>
        </w:tc>
      </w:tr>
    </w:tbl>
    <w:p w14:paraId="2A10D1E9" w14:textId="77777777" w:rsidR="00215E31" w:rsidRPr="00215E31" w:rsidRDefault="00215E31" w:rsidP="00215E31">
      <w:pPr>
        <w:spacing w:line="360" w:lineRule="auto"/>
        <w:jc w:val="both"/>
        <w:rPr>
          <w:rFonts w:cs="Times New Roman"/>
          <w:i/>
          <w:sz w:val="24"/>
          <w:szCs w:val="24"/>
        </w:rPr>
      </w:pPr>
    </w:p>
    <w:p w14:paraId="549E091B" w14:textId="70313024" w:rsidR="00A82D36" w:rsidRPr="00215E31" w:rsidRDefault="00000000" w:rsidP="00215E31">
      <w:pPr>
        <w:spacing w:line="360" w:lineRule="auto"/>
        <w:jc w:val="both"/>
        <w:rPr>
          <w:rFonts w:cs="Times New Roman"/>
          <w:sz w:val="24"/>
          <w:szCs w:val="24"/>
        </w:rPr>
      </w:pPr>
      <w:proofErr w:type="spellStart"/>
      <w:r w:rsidRPr="00215E31">
        <w:rPr>
          <w:rFonts w:cs="Times New Roman"/>
          <w:sz w:val="24"/>
          <w:szCs w:val="24"/>
        </w:rPr>
        <w:t>Penilaian</w:t>
      </w:r>
      <w:proofErr w:type="spellEnd"/>
      <w:r w:rsidRPr="00215E31">
        <w:rPr>
          <w:rFonts w:cs="Times New Roman"/>
          <w:sz w:val="24"/>
          <w:szCs w:val="24"/>
        </w:rPr>
        <w:t xml:space="preserve"> </w:t>
      </w:r>
      <w:proofErr w:type="spellStart"/>
      <w:r w:rsidRPr="00215E31">
        <w:rPr>
          <w:rFonts w:cs="Times New Roman"/>
          <w:sz w:val="24"/>
          <w:szCs w:val="24"/>
        </w:rPr>
        <w:t>harus</w:t>
      </w:r>
      <w:proofErr w:type="spellEnd"/>
      <w:r w:rsidRPr="00215E31">
        <w:rPr>
          <w:rFonts w:cs="Times New Roman"/>
          <w:sz w:val="24"/>
          <w:szCs w:val="24"/>
        </w:rPr>
        <w:t xml:space="preserve"> </w:t>
      </w:r>
      <w:proofErr w:type="spellStart"/>
      <w:r w:rsidRPr="00215E31">
        <w:rPr>
          <w:rFonts w:cs="Times New Roman"/>
          <w:sz w:val="24"/>
          <w:szCs w:val="24"/>
        </w:rPr>
        <w:t>memperlakukan</w:t>
      </w:r>
      <w:proofErr w:type="spellEnd"/>
      <w:r w:rsidRPr="00215E31">
        <w:rPr>
          <w:rFonts w:cs="Times New Roman"/>
          <w:sz w:val="24"/>
          <w:szCs w:val="24"/>
        </w:rPr>
        <w:t xml:space="preserve"> </w:t>
      </w:r>
      <w:proofErr w:type="spellStart"/>
      <w:r w:rsidRPr="00215E31">
        <w:rPr>
          <w:rFonts w:cs="Times New Roman"/>
          <w:sz w:val="24"/>
          <w:szCs w:val="24"/>
        </w:rPr>
        <w:t>peserta</w:t>
      </w:r>
      <w:proofErr w:type="spellEnd"/>
      <w:r w:rsidRPr="00215E31">
        <w:rPr>
          <w:rFonts w:cs="Times New Roman"/>
          <w:sz w:val="24"/>
          <w:szCs w:val="24"/>
        </w:rPr>
        <w:t xml:space="preserve"> pada kategori yang sama berdasarkan kriteria dan bobot yang diumumkan sebelum penilaian. Peserta sebaiknya menyiapkan paparan yang ringkas namun cukup untuk menjelaskan masalah, solusi, keaslian, dampak, replikasi, dan bukti pendukung. Ketentuan tentang jumlah finalis, waktu presentasi, pertanyaan juri, serta mekanisme penyerahan penghargaan diumumkan melalui kanal resmi.</w:t>
      </w:r>
    </w:p>
    <w:p w14:paraId="4DD046D2" w14:textId="2D09BC16" w:rsidR="00A82D36" w:rsidRPr="00215E31" w:rsidRDefault="00895B6D" w:rsidP="00895B6D">
      <w:pPr>
        <w:pStyle w:val="Heading2"/>
        <w:numPr>
          <w:ilvl w:val="1"/>
          <w:numId w:val="12"/>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8"/>
          <w:szCs w:val="28"/>
        </w:rPr>
        <w:t xml:space="preserve"> </w:t>
      </w:r>
      <w:r w:rsidR="00000000" w:rsidRPr="00895B6D">
        <w:rPr>
          <w:rFonts w:ascii="Times New Roman" w:hAnsi="Times New Roman" w:cs="Times New Roman"/>
          <w:color w:val="auto"/>
          <w:sz w:val="28"/>
          <w:szCs w:val="28"/>
        </w:rPr>
        <w:t xml:space="preserve">Hak Cipta, </w:t>
      </w:r>
      <w:proofErr w:type="spellStart"/>
      <w:r w:rsidR="00000000" w:rsidRPr="00895B6D">
        <w:rPr>
          <w:rFonts w:ascii="Times New Roman" w:hAnsi="Times New Roman" w:cs="Times New Roman"/>
          <w:color w:val="auto"/>
          <w:sz w:val="28"/>
          <w:szCs w:val="28"/>
        </w:rPr>
        <w:t>Publikasi</w:t>
      </w:r>
      <w:proofErr w:type="spellEnd"/>
      <w:r w:rsidR="00000000" w:rsidRPr="00895B6D">
        <w:rPr>
          <w:rFonts w:ascii="Times New Roman" w:hAnsi="Times New Roman" w:cs="Times New Roman"/>
          <w:color w:val="auto"/>
          <w:sz w:val="28"/>
          <w:szCs w:val="28"/>
        </w:rPr>
        <w:t xml:space="preserve">, dan </w:t>
      </w:r>
      <w:proofErr w:type="spellStart"/>
      <w:r w:rsidR="00000000" w:rsidRPr="00895B6D">
        <w:rPr>
          <w:rFonts w:ascii="Times New Roman" w:hAnsi="Times New Roman" w:cs="Times New Roman"/>
          <w:color w:val="auto"/>
          <w:sz w:val="28"/>
          <w:szCs w:val="28"/>
        </w:rPr>
        <w:t>Keaslian</w:t>
      </w:r>
      <w:proofErr w:type="spellEnd"/>
    </w:p>
    <w:p w14:paraId="3A353416" w14:textId="77777777" w:rsidR="004D5352" w:rsidRDefault="00000000" w:rsidP="004D5352">
      <w:pPr>
        <w:pStyle w:val="ListBullet"/>
        <w:numPr>
          <w:ilvl w:val="0"/>
          <w:numId w:val="19"/>
        </w:numPr>
        <w:spacing w:line="360" w:lineRule="auto"/>
        <w:jc w:val="both"/>
        <w:rPr>
          <w:rFonts w:cs="Times New Roman"/>
          <w:sz w:val="24"/>
          <w:szCs w:val="24"/>
        </w:rPr>
      </w:pPr>
      <w:r w:rsidRPr="00215E31">
        <w:rPr>
          <w:rFonts w:cs="Times New Roman"/>
          <w:sz w:val="24"/>
          <w:szCs w:val="24"/>
        </w:rPr>
        <w:t xml:space="preserve">Hak cipta karya tetap menjadi milik peserta. Karya yang dinilai potensial dapat difasilitasi atau diarahkan untuk memperoleh perlindungan HKI sesuai proses yang berlaku; fasilitasi </w:t>
      </w:r>
      <w:proofErr w:type="spellStart"/>
      <w:r w:rsidRPr="00215E31">
        <w:rPr>
          <w:rFonts w:cs="Times New Roman"/>
          <w:sz w:val="24"/>
          <w:szCs w:val="24"/>
        </w:rPr>
        <w:t>bukan</w:t>
      </w:r>
      <w:proofErr w:type="spellEnd"/>
      <w:r w:rsidRPr="00215E31">
        <w:rPr>
          <w:rFonts w:cs="Times New Roman"/>
          <w:sz w:val="24"/>
          <w:szCs w:val="24"/>
        </w:rPr>
        <w:t xml:space="preserve"> </w:t>
      </w:r>
      <w:proofErr w:type="spellStart"/>
      <w:r w:rsidRPr="00215E31">
        <w:rPr>
          <w:rFonts w:cs="Times New Roman"/>
          <w:sz w:val="24"/>
          <w:szCs w:val="24"/>
        </w:rPr>
        <w:t>jaminan</w:t>
      </w:r>
      <w:proofErr w:type="spellEnd"/>
      <w:r w:rsidRPr="00215E31">
        <w:rPr>
          <w:rFonts w:cs="Times New Roman"/>
          <w:sz w:val="24"/>
          <w:szCs w:val="24"/>
        </w:rPr>
        <w:t xml:space="preserve"> </w:t>
      </w:r>
      <w:proofErr w:type="spellStart"/>
      <w:r w:rsidRPr="00215E31">
        <w:rPr>
          <w:rFonts w:cs="Times New Roman"/>
          <w:sz w:val="24"/>
          <w:szCs w:val="24"/>
        </w:rPr>
        <w:t>permohonan</w:t>
      </w:r>
      <w:proofErr w:type="spellEnd"/>
      <w:r w:rsidRPr="00215E31">
        <w:rPr>
          <w:rFonts w:cs="Times New Roman"/>
          <w:sz w:val="24"/>
          <w:szCs w:val="24"/>
        </w:rPr>
        <w:t xml:space="preserve"> </w:t>
      </w:r>
      <w:proofErr w:type="spellStart"/>
      <w:r w:rsidRPr="00215E31">
        <w:rPr>
          <w:rFonts w:cs="Times New Roman"/>
          <w:sz w:val="24"/>
          <w:szCs w:val="24"/>
        </w:rPr>
        <w:t>disetujui</w:t>
      </w:r>
      <w:proofErr w:type="spellEnd"/>
      <w:r w:rsidRPr="00215E31">
        <w:rPr>
          <w:rFonts w:cs="Times New Roman"/>
          <w:sz w:val="24"/>
          <w:szCs w:val="24"/>
        </w:rPr>
        <w:t>.</w:t>
      </w:r>
    </w:p>
    <w:p w14:paraId="7FD0D739" w14:textId="77777777" w:rsidR="004D5352" w:rsidRDefault="00000000" w:rsidP="004D5352">
      <w:pPr>
        <w:pStyle w:val="ListBullet"/>
        <w:numPr>
          <w:ilvl w:val="0"/>
          <w:numId w:val="19"/>
        </w:numPr>
        <w:spacing w:line="360" w:lineRule="auto"/>
        <w:jc w:val="both"/>
        <w:rPr>
          <w:rFonts w:cs="Times New Roman"/>
          <w:sz w:val="24"/>
          <w:szCs w:val="24"/>
        </w:rPr>
      </w:pPr>
      <w:proofErr w:type="spellStart"/>
      <w:r w:rsidRPr="00215E31">
        <w:rPr>
          <w:rFonts w:cs="Times New Roman"/>
          <w:sz w:val="24"/>
          <w:szCs w:val="24"/>
        </w:rPr>
        <w:t>Panitia</w:t>
      </w:r>
      <w:proofErr w:type="spellEnd"/>
      <w:r w:rsidRPr="00215E31">
        <w:rPr>
          <w:rFonts w:cs="Times New Roman"/>
          <w:sz w:val="24"/>
          <w:szCs w:val="24"/>
        </w:rPr>
        <w:t xml:space="preserve"> </w:t>
      </w:r>
      <w:proofErr w:type="spellStart"/>
      <w:r w:rsidRPr="00215E31">
        <w:rPr>
          <w:rFonts w:cs="Times New Roman"/>
          <w:sz w:val="24"/>
          <w:szCs w:val="24"/>
        </w:rPr>
        <w:t>dapat</w:t>
      </w:r>
      <w:proofErr w:type="spellEnd"/>
      <w:r w:rsidRPr="00215E31">
        <w:rPr>
          <w:rFonts w:cs="Times New Roman"/>
          <w:sz w:val="24"/>
          <w:szCs w:val="24"/>
        </w:rPr>
        <w:t xml:space="preserve"> </w:t>
      </w:r>
      <w:proofErr w:type="spellStart"/>
      <w:r w:rsidRPr="00215E31">
        <w:rPr>
          <w:rFonts w:cs="Times New Roman"/>
          <w:sz w:val="24"/>
          <w:szCs w:val="24"/>
        </w:rPr>
        <w:t>mempublikasikan</w:t>
      </w:r>
      <w:proofErr w:type="spellEnd"/>
      <w:r w:rsidRPr="00215E31">
        <w:rPr>
          <w:rFonts w:cs="Times New Roman"/>
          <w:sz w:val="24"/>
          <w:szCs w:val="24"/>
        </w:rPr>
        <w:t xml:space="preserve"> </w:t>
      </w:r>
      <w:proofErr w:type="spellStart"/>
      <w:r w:rsidRPr="00215E31">
        <w:rPr>
          <w:rFonts w:cs="Times New Roman"/>
          <w:sz w:val="24"/>
          <w:szCs w:val="24"/>
        </w:rPr>
        <w:t>atau</w:t>
      </w:r>
      <w:proofErr w:type="spellEnd"/>
      <w:r w:rsidRPr="00215E31">
        <w:rPr>
          <w:rFonts w:cs="Times New Roman"/>
          <w:sz w:val="24"/>
          <w:szCs w:val="24"/>
        </w:rPr>
        <w:t xml:space="preserve"> </w:t>
      </w:r>
      <w:proofErr w:type="spellStart"/>
      <w:r w:rsidRPr="00215E31">
        <w:rPr>
          <w:rFonts w:cs="Times New Roman"/>
          <w:sz w:val="24"/>
          <w:szCs w:val="24"/>
        </w:rPr>
        <w:t>menayangkan</w:t>
      </w:r>
      <w:proofErr w:type="spellEnd"/>
      <w:r w:rsidRPr="00215E31">
        <w:rPr>
          <w:rFonts w:cs="Times New Roman"/>
          <w:sz w:val="24"/>
          <w:szCs w:val="24"/>
        </w:rPr>
        <w:t xml:space="preserve"> sebagian atau seluruh materi lomba untuk kepentingan informasi dan promosi program dengan tetap </w:t>
      </w:r>
      <w:proofErr w:type="spellStart"/>
      <w:r w:rsidRPr="00215E31">
        <w:rPr>
          <w:rFonts w:cs="Times New Roman"/>
          <w:sz w:val="24"/>
          <w:szCs w:val="24"/>
        </w:rPr>
        <w:t>memperhatikan</w:t>
      </w:r>
      <w:proofErr w:type="spellEnd"/>
      <w:r w:rsidRPr="00215E31">
        <w:rPr>
          <w:rFonts w:cs="Times New Roman"/>
          <w:sz w:val="24"/>
          <w:szCs w:val="24"/>
        </w:rPr>
        <w:t xml:space="preserve"> </w:t>
      </w:r>
      <w:proofErr w:type="spellStart"/>
      <w:r w:rsidRPr="00215E31">
        <w:rPr>
          <w:rFonts w:cs="Times New Roman"/>
          <w:sz w:val="24"/>
          <w:szCs w:val="24"/>
        </w:rPr>
        <w:t>ketentuan</w:t>
      </w:r>
      <w:proofErr w:type="spellEnd"/>
      <w:r w:rsidRPr="00215E31">
        <w:rPr>
          <w:rFonts w:cs="Times New Roman"/>
          <w:sz w:val="24"/>
          <w:szCs w:val="24"/>
        </w:rPr>
        <w:t xml:space="preserve"> yang </w:t>
      </w:r>
      <w:proofErr w:type="spellStart"/>
      <w:r w:rsidRPr="00215E31">
        <w:rPr>
          <w:rFonts w:cs="Times New Roman"/>
          <w:sz w:val="24"/>
          <w:szCs w:val="24"/>
        </w:rPr>
        <w:t>berlaku</w:t>
      </w:r>
      <w:proofErr w:type="spellEnd"/>
      <w:r w:rsidRPr="00215E31">
        <w:rPr>
          <w:rFonts w:cs="Times New Roman"/>
          <w:sz w:val="24"/>
          <w:szCs w:val="24"/>
        </w:rPr>
        <w:t>.</w:t>
      </w:r>
    </w:p>
    <w:p w14:paraId="2BF135B7" w14:textId="77777777" w:rsidR="004D5352" w:rsidRDefault="00000000" w:rsidP="004D5352">
      <w:pPr>
        <w:pStyle w:val="ListBullet"/>
        <w:numPr>
          <w:ilvl w:val="0"/>
          <w:numId w:val="19"/>
        </w:numPr>
        <w:spacing w:line="360" w:lineRule="auto"/>
        <w:jc w:val="both"/>
        <w:rPr>
          <w:rFonts w:cs="Times New Roman"/>
          <w:sz w:val="24"/>
          <w:szCs w:val="24"/>
        </w:rPr>
      </w:pPr>
      <w:proofErr w:type="spellStart"/>
      <w:r w:rsidRPr="00215E31">
        <w:rPr>
          <w:rFonts w:cs="Times New Roman"/>
          <w:sz w:val="24"/>
          <w:szCs w:val="24"/>
        </w:rPr>
        <w:t>Panitia</w:t>
      </w:r>
      <w:proofErr w:type="spellEnd"/>
      <w:r w:rsidRPr="00215E31">
        <w:rPr>
          <w:rFonts w:cs="Times New Roman"/>
          <w:sz w:val="24"/>
          <w:szCs w:val="24"/>
        </w:rPr>
        <w:t xml:space="preserve"> </w:t>
      </w:r>
      <w:proofErr w:type="spellStart"/>
      <w:r w:rsidRPr="00215E31">
        <w:rPr>
          <w:rFonts w:cs="Times New Roman"/>
          <w:sz w:val="24"/>
          <w:szCs w:val="24"/>
        </w:rPr>
        <w:t>tidak</w:t>
      </w:r>
      <w:proofErr w:type="spellEnd"/>
      <w:r w:rsidRPr="00215E31">
        <w:rPr>
          <w:rFonts w:cs="Times New Roman"/>
          <w:sz w:val="24"/>
          <w:szCs w:val="24"/>
        </w:rPr>
        <w:t xml:space="preserve"> </w:t>
      </w:r>
      <w:proofErr w:type="spellStart"/>
      <w:r w:rsidRPr="00215E31">
        <w:rPr>
          <w:rFonts w:cs="Times New Roman"/>
          <w:sz w:val="24"/>
          <w:szCs w:val="24"/>
        </w:rPr>
        <w:t>bertanggung</w:t>
      </w:r>
      <w:proofErr w:type="spellEnd"/>
      <w:r w:rsidRPr="00215E31">
        <w:rPr>
          <w:rFonts w:cs="Times New Roman"/>
          <w:sz w:val="24"/>
          <w:szCs w:val="24"/>
        </w:rPr>
        <w:t xml:space="preserve"> </w:t>
      </w:r>
      <w:proofErr w:type="spellStart"/>
      <w:r w:rsidRPr="00215E31">
        <w:rPr>
          <w:rFonts w:cs="Times New Roman"/>
          <w:sz w:val="24"/>
          <w:szCs w:val="24"/>
        </w:rPr>
        <w:t>jawab</w:t>
      </w:r>
      <w:proofErr w:type="spellEnd"/>
      <w:r w:rsidRPr="00215E31">
        <w:rPr>
          <w:rFonts w:cs="Times New Roman"/>
          <w:sz w:val="24"/>
          <w:szCs w:val="24"/>
        </w:rPr>
        <w:t xml:space="preserve"> atas gugatan pihak lain terkait karya peserta. Jika setelah penetapan pemenang ditemukan bukti kuat bahwa karya tidak orisinal atau melanggar ketentuan, panitia berhak membatalkan </w:t>
      </w:r>
      <w:proofErr w:type="spellStart"/>
      <w:r w:rsidRPr="00215E31">
        <w:rPr>
          <w:rFonts w:cs="Times New Roman"/>
          <w:sz w:val="24"/>
          <w:szCs w:val="24"/>
        </w:rPr>
        <w:t>hasil</w:t>
      </w:r>
      <w:proofErr w:type="spellEnd"/>
      <w:r w:rsidRPr="00215E31">
        <w:rPr>
          <w:rFonts w:cs="Times New Roman"/>
          <w:sz w:val="24"/>
          <w:szCs w:val="24"/>
        </w:rPr>
        <w:t xml:space="preserve"> dan </w:t>
      </w:r>
      <w:proofErr w:type="spellStart"/>
      <w:r w:rsidRPr="00215E31">
        <w:rPr>
          <w:rFonts w:cs="Times New Roman"/>
          <w:sz w:val="24"/>
          <w:szCs w:val="24"/>
        </w:rPr>
        <w:t>menarik</w:t>
      </w:r>
      <w:proofErr w:type="spellEnd"/>
      <w:r w:rsidRPr="00215E31">
        <w:rPr>
          <w:rFonts w:cs="Times New Roman"/>
          <w:sz w:val="24"/>
          <w:szCs w:val="24"/>
        </w:rPr>
        <w:t xml:space="preserve"> </w:t>
      </w:r>
      <w:proofErr w:type="spellStart"/>
      <w:r w:rsidRPr="00215E31">
        <w:rPr>
          <w:rFonts w:cs="Times New Roman"/>
          <w:sz w:val="24"/>
          <w:szCs w:val="24"/>
        </w:rPr>
        <w:t>penghargaan</w:t>
      </w:r>
      <w:proofErr w:type="spellEnd"/>
      <w:r w:rsidRPr="00215E31">
        <w:rPr>
          <w:rFonts w:cs="Times New Roman"/>
          <w:sz w:val="24"/>
          <w:szCs w:val="24"/>
        </w:rPr>
        <w:t>/</w:t>
      </w:r>
      <w:proofErr w:type="spellStart"/>
      <w:r w:rsidRPr="00215E31">
        <w:rPr>
          <w:rFonts w:cs="Times New Roman"/>
          <w:sz w:val="24"/>
          <w:szCs w:val="24"/>
        </w:rPr>
        <w:t>hadiah</w:t>
      </w:r>
      <w:proofErr w:type="spellEnd"/>
      <w:r w:rsidRPr="00215E31">
        <w:rPr>
          <w:rFonts w:cs="Times New Roman"/>
          <w:sz w:val="24"/>
          <w:szCs w:val="24"/>
        </w:rPr>
        <w:t>.</w:t>
      </w:r>
    </w:p>
    <w:p w14:paraId="5C6C3CF6" w14:textId="25A19EFF" w:rsidR="00A82D36" w:rsidRDefault="004D5352" w:rsidP="004D5352">
      <w:pPr>
        <w:pStyle w:val="ListBullet"/>
        <w:numPr>
          <w:ilvl w:val="0"/>
          <w:numId w:val="19"/>
        </w:numPr>
        <w:spacing w:line="360" w:lineRule="auto"/>
        <w:jc w:val="both"/>
        <w:rPr>
          <w:rFonts w:cs="Times New Roman"/>
          <w:sz w:val="24"/>
          <w:szCs w:val="24"/>
        </w:rPr>
      </w:pPr>
      <w:r>
        <w:rPr>
          <w:rFonts w:cs="Times New Roman"/>
          <w:sz w:val="24"/>
          <w:szCs w:val="24"/>
        </w:rPr>
        <w:t>K</w:t>
      </w:r>
      <w:r w:rsidR="00000000" w:rsidRPr="00215E31">
        <w:rPr>
          <w:rFonts w:cs="Times New Roman"/>
          <w:sz w:val="24"/>
          <w:szCs w:val="24"/>
        </w:rPr>
        <w:t xml:space="preserve">eputusan </w:t>
      </w:r>
      <w:proofErr w:type="spellStart"/>
      <w:r w:rsidR="00000000" w:rsidRPr="00215E31">
        <w:rPr>
          <w:rFonts w:cs="Times New Roman"/>
          <w:sz w:val="24"/>
          <w:szCs w:val="24"/>
        </w:rPr>
        <w:t>juri</w:t>
      </w:r>
      <w:proofErr w:type="spellEnd"/>
      <w:r w:rsidR="00000000" w:rsidRPr="00215E31">
        <w:rPr>
          <w:rFonts w:cs="Times New Roman"/>
          <w:sz w:val="24"/>
          <w:szCs w:val="24"/>
        </w:rPr>
        <w:t xml:space="preserve"> </w:t>
      </w:r>
      <w:proofErr w:type="spellStart"/>
      <w:r w:rsidR="00000000" w:rsidRPr="00215E31">
        <w:rPr>
          <w:rFonts w:cs="Times New Roman"/>
          <w:sz w:val="24"/>
          <w:szCs w:val="24"/>
        </w:rPr>
        <w:t>dinyatakan</w:t>
      </w:r>
      <w:proofErr w:type="spellEnd"/>
      <w:r w:rsidR="00000000" w:rsidRPr="00215E31">
        <w:rPr>
          <w:rFonts w:cs="Times New Roman"/>
          <w:sz w:val="24"/>
          <w:szCs w:val="24"/>
        </w:rPr>
        <w:t xml:space="preserve"> </w:t>
      </w:r>
      <w:proofErr w:type="spellStart"/>
      <w:r w:rsidR="00000000" w:rsidRPr="00215E31">
        <w:rPr>
          <w:rFonts w:cs="Times New Roman"/>
          <w:sz w:val="24"/>
          <w:szCs w:val="24"/>
        </w:rPr>
        <w:t>mutlak</w:t>
      </w:r>
      <w:proofErr w:type="spellEnd"/>
      <w:r w:rsidR="00000000" w:rsidRPr="00215E31">
        <w:rPr>
          <w:rFonts w:cs="Times New Roman"/>
          <w:sz w:val="24"/>
          <w:szCs w:val="24"/>
        </w:rPr>
        <w:t xml:space="preserve"> dan tidak dapat diganggu gugat. </w:t>
      </w:r>
      <w:proofErr w:type="spellStart"/>
      <w:r w:rsidR="00000000" w:rsidRPr="00215E31">
        <w:rPr>
          <w:rFonts w:cs="Times New Roman"/>
          <w:sz w:val="24"/>
          <w:szCs w:val="24"/>
        </w:rPr>
        <w:t>Susunan</w:t>
      </w:r>
      <w:proofErr w:type="spellEnd"/>
      <w:r w:rsidR="00000000" w:rsidRPr="00215E31">
        <w:rPr>
          <w:rFonts w:cs="Times New Roman"/>
          <w:sz w:val="24"/>
          <w:szCs w:val="24"/>
        </w:rPr>
        <w:t xml:space="preserve"> </w:t>
      </w:r>
      <w:proofErr w:type="spellStart"/>
      <w:r w:rsidR="00000000" w:rsidRPr="00215E31">
        <w:rPr>
          <w:rFonts w:cs="Times New Roman"/>
          <w:sz w:val="24"/>
          <w:szCs w:val="24"/>
        </w:rPr>
        <w:t>juri</w:t>
      </w:r>
      <w:proofErr w:type="spellEnd"/>
      <w:r w:rsidR="00000000" w:rsidRPr="00215E31">
        <w:rPr>
          <w:rFonts w:cs="Times New Roman"/>
          <w:sz w:val="24"/>
          <w:szCs w:val="24"/>
        </w:rPr>
        <w:t xml:space="preserve"> 2026 </w:t>
      </w:r>
      <w:proofErr w:type="spellStart"/>
      <w:r>
        <w:rPr>
          <w:rFonts w:cs="Times New Roman"/>
          <w:sz w:val="24"/>
          <w:szCs w:val="24"/>
        </w:rPr>
        <w:t>akan</w:t>
      </w:r>
      <w:proofErr w:type="spellEnd"/>
      <w:r>
        <w:rPr>
          <w:rFonts w:cs="Times New Roman"/>
          <w:sz w:val="24"/>
          <w:szCs w:val="24"/>
        </w:rPr>
        <w:t xml:space="preserve"> </w:t>
      </w:r>
      <w:proofErr w:type="spellStart"/>
      <w:r w:rsidR="00000000" w:rsidRPr="00215E31">
        <w:rPr>
          <w:rFonts w:cs="Times New Roman"/>
          <w:sz w:val="24"/>
          <w:szCs w:val="24"/>
        </w:rPr>
        <w:t>diumumkan</w:t>
      </w:r>
      <w:proofErr w:type="spellEnd"/>
      <w:r w:rsidR="00000000" w:rsidRPr="00215E31">
        <w:rPr>
          <w:rFonts w:cs="Times New Roman"/>
          <w:sz w:val="24"/>
          <w:szCs w:val="24"/>
        </w:rPr>
        <w:t xml:space="preserve"> </w:t>
      </w:r>
      <w:proofErr w:type="spellStart"/>
      <w:r>
        <w:rPr>
          <w:rFonts w:cs="Times New Roman"/>
          <w:sz w:val="24"/>
          <w:szCs w:val="24"/>
        </w:rPr>
        <w:t>lebih</w:t>
      </w:r>
      <w:proofErr w:type="spellEnd"/>
      <w:r>
        <w:rPr>
          <w:rFonts w:cs="Times New Roman"/>
          <w:sz w:val="24"/>
          <w:szCs w:val="24"/>
        </w:rPr>
        <w:t xml:space="preserve"> </w:t>
      </w:r>
      <w:proofErr w:type="spellStart"/>
      <w:r>
        <w:rPr>
          <w:rFonts w:cs="Times New Roman"/>
          <w:sz w:val="24"/>
          <w:szCs w:val="24"/>
        </w:rPr>
        <w:t>lanjut</w:t>
      </w:r>
      <w:proofErr w:type="spellEnd"/>
      <w:r w:rsidR="00000000" w:rsidRPr="00215E31">
        <w:rPr>
          <w:rFonts w:cs="Times New Roman"/>
          <w:sz w:val="24"/>
          <w:szCs w:val="24"/>
        </w:rPr>
        <w:t xml:space="preserve">; </w:t>
      </w:r>
      <w:proofErr w:type="spellStart"/>
      <w:r w:rsidR="00000000" w:rsidRPr="00215E31">
        <w:rPr>
          <w:rFonts w:cs="Times New Roman"/>
          <w:sz w:val="24"/>
          <w:szCs w:val="24"/>
        </w:rPr>
        <w:t>unsur</w:t>
      </w:r>
      <w:proofErr w:type="spellEnd"/>
      <w:r w:rsidR="00000000" w:rsidRPr="00215E31">
        <w:rPr>
          <w:rFonts w:cs="Times New Roman"/>
          <w:sz w:val="24"/>
          <w:szCs w:val="24"/>
        </w:rPr>
        <w:t xml:space="preserve"> </w:t>
      </w:r>
      <w:proofErr w:type="spellStart"/>
      <w:r w:rsidR="00000000" w:rsidRPr="00215E31">
        <w:rPr>
          <w:rFonts w:cs="Times New Roman"/>
          <w:sz w:val="24"/>
          <w:szCs w:val="24"/>
        </w:rPr>
        <w:t>penilai</w:t>
      </w:r>
      <w:proofErr w:type="spellEnd"/>
      <w:r w:rsidR="00000000" w:rsidRPr="00215E31">
        <w:rPr>
          <w:rFonts w:cs="Times New Roman"/>
          <w:sz w:val="24"/>
          <w:szCs w:val="24"/>
        </w:rPr>
        <w:t xml:space="preserve"> </w:t>
      </w:r>
      <w:proofErr w:type="spellStart"/>
      <w:r w:rsidR="00000000" w:rsidRPr="00215E31">
        <w:rPr>
          <w:rFonts w:cs="Times New Roman"/>
          <w:sz w:val="24"/>
          <w:szCs w:val="24"/>
        </w:rPr>
        <w:t>dapat</w:t>
      </w:r>
      <w:proofErr w:type="spellEnd"/>
      <w:r w:rsidR="00000000" w:rsidRPr="00215E31">
        <w:rPr>
          <w:rFonts w:cs="Times New Roman"/>
          <w:sz w:val="24"/>
          <w:szCs w:val="24"/>
        </w:rPr>
        <w:t xml:space="preserve"> mencakup pemerintah, lembaga riset/inovasi, perguruan tinggi, dan </w:t>
      </w:r>
      <w:proofErr w:type="spellStart"/>
      <w:r w:rsidR="00000000" w:rsidRPr="00215E31">
        <w:rPr>
          <w:rFonts w:cs="Times New Roman"/>
          <w:sz w:val="24"/>
          <w:szCs w:val="24"/>
        </w:rPr>
        <w:t>profesional</w:t>
      </w:r>
      <w:proofErr w:type="spellEnd"/>
      <w:r w:rsidR="00000000" w:rsidRPr="00215E31">
        <w:rPr>
          <w:rFonts w:cs="Times New Roman"/>
          <w:sz w:val="24"/>
          <w:szCs w:val="24"/>
        </w:rPr>
        <w:t xml:space="preserve"> </w:t>
      </w:r>
      <w:proofErr w:type="spellStart"/>
      <w:r w:rsidR="00000000" w:rsidRPr="00215E31">
        <w:rPr>
          <w:rFonts w:cs="Times New Roman"/>
          <w:sz w:val="24"/>
          <w:szCs w:val="24"/>
        </w:rPr>
        <w:t>sesuai</w:t>
      </w:r>
      <w:proofErr w:type="spellEnd"/>
      <w:r w:rsidR="00000000" w:rsidRPr="00215E31">
        <w:rPr>
          <w:rFonts w:cs="Times New Roman"/>
          <w:sz w:val="24"/>
          <w:szCs w:val="24"/>
        </w:rPr>
        <w:t xml:space="preserve"> </w:t>
      </w:r>
      <w:proofErr w:type="spellStart"/>
      <w:r w:rsidR="00000000" w:rsidRPr="00215E31">
        <w:rPr>
          <w:rFonts w:cs="Times New Roman"/>
          <w:sz w:val="24"/>
          <w:szCs w:val="24"/>
        </w:rPr>
        <w:t>kebutuhan</w:t>
      </w:r>
      <w:proofErr w:type="spellEnd"/>
      <w:r w:rsidR="00000000" w:rsidRPr="00215E31">
        <w:rPr>
          <w:rFonts w:cs="Times New Roman"/>
          <w:sz w:val="24"/>
          <w:szCs w:val="24"/>
        </w:rPr>
        <w:t>.</w:t>
      </w:r>
    </w:p>
    <w:p w14:paraId="68EC3B38"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6ABD4B11"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3FE1B86E"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667CCC62"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59856C4A"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61B5E752"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0F53D46F"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67E39DD9"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7B7646A1"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744B40ED"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4BCDF958"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2DC6B9E6" w14:textId="696286D5" w:rsidR="00895B6D" w:rsidRDefault="00895B6D" w:rsidP="00895B6D">
      <w:pPr>
        <w:pStyle w:val="ListBullet"/>
        <w:numPr>
          <w:ilvl w:val="0"/>
          <w:numId w:val="0"/>
        </w:numPr>
        <w:spacing w:line="360" w:lineRule="auto"/>
        <w:ind w:left="360" w:hanging="360"/>
        <w:jc w:val="both"/>
        <w:rPr>
          <w:rFonts w:cs="Times New Roman"/>
          <w:sz w:val="24"/>
          <w:szCs w:val="24"/>
        </w:rPr>
      </w:pPr>
    </w:p>
    <w:p w14:paraId="183B765A"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4CC3E852"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2FA2E4E0"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22CDE102"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13CEA92C"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0444DC50"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705D3B52"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4648820A"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447945E1"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6832C957" w14:textId="77777777" w:rsidR="004941A4" w:rsidRDefault="004941A4" w:rsidP="00895B6D">
      <w:pPr>
        <w:pStyle w:val="ListBullet"/>
        <w:numPr>
          <w:ilvl w:val="0"/>
          <w:numId w:val="0"/>
        </w:numPr>
        <w:spacing w:line="360" w:lineRule="auto"/>
        <w:ind w:left="360" w:hanging="360"/>
        <w:jc w:val="both"/>
        <w:rPr>
          <w:rFonts w:cs="Times New Roman"/>
          <w:sz w:val="24"/>
          <w:szCs w:val="24"/>
        </w:rPr>
      </w:pPr>
    </w:p>
    <w:p w14:paraId="11B2A11F" w14:textId="77777777" w:rsidR="004941A4" w:rsidRDefault="004941A4" w:rsidP="00895B6D">
      <w:pPr>
        <w:pStyle w:val="ListBullet"/>
        <w:numPr>
          <w:ilvl w:val="0"/>
          <w:numId w:val="0"/>
        </w:numPr>
        <w:spacing w:line="360" w:lineRule="auto"/>
        <w:ind w:left="360" w:hanging="360"/>
        <w:jc w:val="both"/>
        <w:rPr>
          <w:rFonts w:cs="Times New Roman"/>
          <w:sz w:val="24"/>
          <w:szCs w:val="24"/>
        </w:rPr>
      </w:pPr>
    </w:p>
    <w:p w14:paraId="6AE26B77" w14:textId="77777777" w:rsidR="004941A4" w:rsidRDefault="004941A4" w:rsidP="00895B6D">
      <w:pPr>
        <w:pStyle w:val="ListBullet"/>
        <w:numPr>
          <w:ilvl w:val="0"/>
          <w:numId w:val="0"/>
        </w:numPr>
        <w:spacing w:line="360" w:lineRule="auto"/>
        <w:ind w:left="360" w:hanging="360"/>
        <w:jc w:val="both"/>
        <w:rPr>
          <w:rFonts w:cs="Times New Roman"/>
          <w:sz w:val="24"/>
          <w:szCs w:val="24"/>
        </w:rPr>
      </w:pPr>
    </w:p>
    <w:p w14:paraId="317C293A" w14:textId="77777777" w:rsidR="00895B6D" w:rsidRDefault="00895B6D" w:rsidP="00895B6D">
      <w:pPr>
        <w:pStyle w:val="ListBullet"/>
        <w:numPr>
          <w:ilvl w:val="0"/>
          <w:numId w:val="0"/>
        </w:numPr>
        <w:spacing w:line="360" w:lineRule="auto"/>
        <w:ind w:left="360" w:hanging="360"/>
        <w:jc w:val="both"/>
        <w:rPr>
          <w:rFonts w:cs="Times New Roman"/>
          <w:sz w:val="24"/>
          <w:szCs w:val="24"/>
        </w:rPr>
      </w:pPr>
    </w:p>
    <w:p w14:paraId="3D09F44E" w14:textId="77777777" w:rsidR="00895B6D" w:rsidRPr="00215E31" w:rsidRDefault="00895B6D" w:rsidP="00895B6D">
      <w:pPr>
        <w:pStyle w:val="ListBullet"/>
        <w:numPr>
          <w:ilvl w:val="0"/>
          <w:numId w:val="0"/>
        </w:numPr>
        <w:spacing w:line="360" w:lineRule="auto"/>
        <w:ind w:left="360" w:hanging="360"/>
        <w:jc w:val="both"/>
        <w:rPr>
          <w:rFonts w:cs="Times New Roman"/>
          <w:sz w:val="24"/>
          <w:szCs w:val="24"/>
        </w:rPr>
      </w:pPr>
    </w:p>
    <w:p w14:paraId="3F6B9D82" w14:textId="77777777" w:rsidR="00A82D36" w:rsidRDefault="00000000" w:rsidP="00895B6D">
      <w:pPr>
        <w:pStyle w:val="Heading1"/>
        <w:spacing w:line="360" w:lineRule="auto"/>
        <w:jc w:val="center"/>
        <w:rPr>
          <w:rFonts w:ascii="Times New Roman" w:hAnsi="Times New Roman" w:cs="Times New Roman"/>
          <w:color w:val="auto"/>
          <w:sz w:val="32"/>
          <w:szCs w:val="32"/>
        </w:rPr>
      </w:pPr>
      <w:r w:rsidRPr="00895B6D">
        <w:rPr>
          <w:rFonts w:ascii="Times New Roman" w:hAnsi="Times New Roman" w:cs="Times New Roman"/>
          <w:color w:val="auto"/>
          <w:sz w:val="32"/>
          <w:szCs w:val="32"/>
        </w:rPr>
        <w:t>BAB III. SURABAYA INNOVATHON</w:t>
      </w:r>
    </w:p>
    <w:p w14:paraId="67C4F029" w14:textId="77777777" w:rsidR="00895B6D" w:rsidRPr="00895B6D" w:rsidRDefault="00895B6D" w:rsidP="00895B6D"/>
    <w:p w14:paraId="1E864C89" w14:textId="381F58CB" w:rsidR="00A82D36" w:rsidRPr="00895B6D" w:rsidRDefault="00895B6D" w:rsidP="00215E31">
      <w:pPr>
        <w:pStyle w:val="Heading2"/>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3.1 </w:t>
      </w:r>
      <w:proofErr w:type="spellStart"/>
      <w:r w:rsidR="00000000" w:rsidRPr="00895B6D">
        <w:rPr>
          <w:rFonts w:ascii="Times New Roman" w:hAnsi="Times New Roman" w:cs="Times New Roman"/>
          <w:color w:val="auto"/>
          <w:sz w:val="28"/>
          <w:szCs w:val="28"/>
        </w:rPr>
        <w:t>Pengertian</w:t>
      </w:r>
      <w:proofErr w:type="spellEnd"/>
      <w:r w:rsidR="00000000" w:rsidRPr="00895B6D">
        <w:rPr>
          <w:rFonts w:ascii="Times New Roman" w:hAnsi="Times New Roman" w:cs="Times New Roman"/>
          <w:color w:val="auto"/>
          <w:sz w:val="28"/>
          <w:szCs w:val="28"/>
        </w:rPr>
        <w:t xml:space="preserve"> dan Tujuan</w:t>
      </w:r>
    </w:p>
    <w:p w14:paraId="2132E21D"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Surabaya Innovathon adalah kegiatan pengembangan solusi atas permasalahan nyata yang diajukan oleh problem owner. Peserta bekerja secara intensif untuk memahami masalah, menyusun alternatif, mengembangkan solusi awal, menguji atau memvalidasi asumsi, lalu mempresentasikan hasilnya. Bentuk solusi tidak harus berupa perangkat lunak; yang dinilai adalah relevansi, nilai inovasi, kelayakan, manfaat, dan proses pembelajaran yang ditunjukkan tim.</w:t>
      </w:r>
    </w:p>
    <w:p w14:paraId="38192ACF" w14:textId="664CA9EC" w:rsidR="00A82D36" w:rsidRPr="00895B6D" w:rsidRDefault="00895B6D" w:rsidP="00895B6D">
      <w:pPr>
        <w:pStyle w:val="Heading2"/>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3.2 </w:t>
      </w:r>
      <w:proofErr w:type="spellStart"/>
      <w:r w:rsidR="00000000" w:rsidRPr="00895B6D">
        <w:rPr>
          <w:rFonts w:ascii="Times New Roman" w:hAnsi="Times New Roman" w:cs="Times New Roman"/>
          <w:color w:val="auto"/>
          <w:sz w:val="28"/>
          <w:szCs w:val="28"/>
        </w:rPr>
        <w:t>Peserta</w:t>
      </w:r>
      <w:proofErr w:type="spellEnd"/>
      <w:r w:rsidR="00000000" w:rsidRPr="00895B6D">
        <w:rPr>
          <w:rFonts w:ascii="Times New Roman" w:hAnsi="Times New Roman" w:cs="Times New Roman"/>
          <w:color w:val="auto"/>
          <w:sz w:val="28"/>
          <w:szCs w:val="28"/>
        </w:rPr>
        <w:t xml:space="preserve"> dan </w:t>
      </w:r>
      <w:proofErr w:type="spellStart"/>
      <w:r w:rsidR="00000000" w:rsidRPr="00895B6D">
        <w:rPr>
          <w:rFonts w:ascii="Times New Roman" w:hAnsi="Times New Roman" w:cs="Times New Roman"/>
          <w:color w:val="auto"/>
          <w:sz w:val="28"/>
          <w:szCs w:val="28"/>
        </w:rPr>
        <w:t>Pembentukan</w:t>
      </w:r>
      <w:proofErr w:type="spellEnd"/>
      <w:r w:rsidR="00000000" w:rsidRPr="00895B6D">
        <w:rPr>
          <w:rFonts w:ascii="Times New Roman" w:hAnsi="Times New Roman" w:cs="Times New Roman"/>
          <w:color w:val="auto"/>
          <w:sz w:val="28"/>
          <w:szCs w:val="28"/>
        </w:rPr>
        <w:t xml:space="preserve"> Tim</w:t>
      </w:r>
    </w:p>
    <w:p w14:paraId="3B3B485F" w14:textId="4F8ECD3C" w:rsidR="00D61C11" w:rsidRDefault="00000000" w:rsidP="00D61C11">
      <w:pPr>
        <w:pStyle w:val="ListParagraph"/>
        <w:numPr>
          <w:ilvl w:val="0"/>
          <w:numId w:val="22"/>
        </w:numPr>
        <w:spacing w:line="360" w:lineRule="auto"/>
        <w:jc w:val="both"/>
        <w:rPr>
          <w:rFonts w:cs="Times New Roman"/>
          <w:sz w:val="24"/>
          <w:szCs w:val="24"/>
        </w:rPr>
      </w:pPr>
      <w:r w:rsidRPr="00D61C11">
        <w:rPr>
          <w:rFonts w:cs="Times New Roman"/>
          <w:sz w:val="24"/>
          <w:szCs w:val="24"/>
        </w:rPr>
        <w:t xml:space="preserve">Peserta dapat berasal dari perguruan tinggi, sekolah, startup, komunitas, pelaku usaha/industri, organisasi masyarakat, inventor, dan masyarakat umum sesuai ketentuan pendaftaran. Tim lintas disiplin dianjurkan agar aspek pengguna, teknis, operasional, bisnis, dan sosial dapat dipertimbangkan. Komposisi operasional yang </w:t>
      </w:r>
      <w:proofErr w:type="spellStart"/>
      <w:r w:rsidRPr="00D61C11">
        <w:rPr>
          <w:rFonts w:cs="Times New Roman"/>
          <w:sz w:val="24"/>
          <w:szCs w:val="24"/>
        </w:rPr>
        <w:t>disarankan</w:t>
      </w:r>
      <w:proofErr w:type="spellEnd"/>
      <w:r w:rsidRPr="00D61C11">
        <w:rPr>
          <w:rFonts w:cs="Times New Roman"/>
          <w:sz w:val="24"/>
          <w:szCs w:val="24"/>
        </w:rPr>
        <w:t xml:space="preserve"> </w:t>
      </w:r>
      <w:proofErr w:type="spellStart"/>
      <w:r w:rsidRPr="00D61C11">
        <w:rPr>
          <w:rFonts w:cs="Times New Roman"/>
          <w:sz w:val="24"/>
          <w:szCs w:val="24"/>
        </w:rPr>
        <w:t>adalah</w:t>
      </w:r>
      <w:proofErr w:type="spellEnd"/>
      <w:r w:rsidRPr="00D61C11">
        <w:rPr>
          <w:rFonts w:cs="Times New Roman"/>
          <w:sz w:val="24"/>
          <w:szCs w:val="24"/>
        </w:rPr>
        <w:t xml:space="preserve"> 3</w:t>
      </w:r>
      <w:r w:rsidR="00E01DD9">
        <w:rPr>
          <w:rFonts w:cs="Times New Roman"/>
          <w:sz w:val="24"/>
          <w:szCs w:val="24"/>
        </w:rPr>
        <w:t xml:space="preserve"> - </w:t>
      </w:r>
      <w:r w:rsidRPr="00D61C11">
        <w:rPr>
          <w:rFonts w:cs="Times New Roman"/>
          <w:sz w:val="24"/>
          <w:szCs w:val="24"/>
        </w:rPr>
        <w:t xml:space="preserve">5 orang per </w:t>
      </w:r>
      <w:proofErr w:type="spellStart"/>
      <w:r w:rsidRPr="00D61C11">
        <w:rPr>
          <w:rFonts w:cs="Times New Roman"/>
          <w:sz w:val="24"/>
          <w:szCs w:val="24"/>
        </w:rPr>
        <w:t>tim</w:t>
      </w:r>
      <w:r w:rsidR="00D61C11">
        <w:rPr>
          <w:rFonts w:cs="Times New Roman"/>
          <w:sz w:val="24"/>
          <w:szCs w:val="24"/>
        </w:rPr>
        <w:t>.</w:t>
      </w:r>
      <w:proofErr w:type="spellEnd"/>
    </w:p>
    <w:p w14:paraId="65F83BB7" w14:textId="6F209990" w:rsidR="00D61C11" w:rsidRPr="00D61C11" w:rsidRDefault="00D61C11" w:rsidP="00D61C11">
      <w:pPr>
        <w:pStyle w:val="ListParagraph"/>
        <w:numPr>
          <w:ilvl w:val="0"/>
          <w:numId w:val="22"/>
        </w:numPr>
        <w:spacing w:line="360" w:lineRule="auto"/>
        <w:jc w:val="both"/>
        <w:rPr>
          <w:rFonts w:cs="Times New Roman"/>
          <w:sz w:val="24"/>
          <w:szCs w:val="24"/>
        </w:rPr>
      </w:pPr>
      <w:r>
        <w:rPr>
          <w:rFonts w:cs="Times New Roman"/>
          <w:sz w:val="24"/>
          <w:szCs w:val="24"/>
        </w:rPr>
        <w:t xml:space="preserve">Tidak </w:t>
      </w:r>
      <w:proofErr w:type="spellStart"/>
      <w:r>
        <w:rPr>
          <w:rFonts w:cs="Times New Roman"/>
          <w:sz w:val="24"/>
          <w:szCs w:val="24"/>
        </w:rPr>
        <w:t>terbatas</w:t>
      </w:r>
      <w:proofErr w:type="spellEnd"/>
      <w:r>
        <w:rPr>
          <w:rFonts w:cs="Times New Roman"/>
          <w:sz w:val="24"/>
          <w:szCs w:val="24"/>
        </w:rPr>
        <w:t xml:space="preserve"> </w:t>
      </w:r>
      <w:proofErr w:type="spellStart"/>
      <w:r>
        <w:rPr>
          <w:rFonts w:cs="Times New Roman"/>
          <w:sz w:val="24"/>
          <w:szCs w:val="24"/>
        </w:rPr>
        <w:t>warga</w:t>
      </w:r>
      <w:proofErr w:type="spellEnd"/>
      <w:r>
        <w:rPr>
          <w:rFonts w:cs="Times New Roman"/>
          <w:sz w:val="24"/>
          <w:szCs w:val="24"/>
        </w:rPr>
        <w:t xml:space="preserve"> Surabaya </w:t>
      </w:r>
      <w:proofErr w:type="spellStart"/>
      <w:r>
        <w:rPr>
          <w:rFonts w:cs="Times New Roman"/>
          <w:sz w:val="24"/>
          <w:szCs w:val="24"/>
        </w:rPr>
        <w:t>saja</w:t>
      </w:r>
      <w:proofErr w:type="spellEnd"/>
      <w:r>
        <w:rPr>
          <w:rFonts w:cs="Times New Roman"/>
          <w:sz w:val="24"/>
          <w:szCs w:val="24"/>
        </w:rPr>
        <w:t xml:space="preserve">, </w:t>
      </w:r>
      <w:proofErr w:type="spellStart"/>
      <w:r>
        <w:rPr>
          <w:rFonts w:cs="Times New Roman"/>
          <w:sz w:val="24"/>
          <w:szCs w:val="24"/>
        </w:rPr>
        <w:t>peserta</w:t>
      </w:r>
      <w:proofErr w:type="spellEnd"/>
      <w:r>
        <w:rPr>
          <w:rFonts w:cs="Times New Roman"/>
          <w:sz w:val="24"/>
          <w:szCs w:val="24"/>
        </w:rPr>
        <w:t xml:space="preserve"> </w:t>
      </w:r>
      <w:proofErr w:type="spellStart"/>
      <w:r>
        <w:rPr>
          <w:rFonts w:cs="Times New Roman"/>
          <w:sz w:val="24"/>
          <w:szCs w:val="24"/>
        </w:rPr>
        <w:t>bisa</w:t>
      </w:r>
      <w:proofErr w:type="spellEnd"/>
      <w:r>
        <w:rPr>
          <w:rFonts w:cs="Times New Roman"/>
          <w:sz w:val="24"/>
          <w:szCs w:val="24"/>
        </w:rPr>
        <w:t xml:space="preserve"> </w:t>
      </w:r>
      <w:proofErr w:type="spellStart"/>
      <w:r>
        <w:rPr>
          <w:rFonts w:cs="Times New Roman"/>
          <w:sz w:val="24"/>
          <w:szCs w:val="24"/>
        </w:rPr>
        <w:t>berasalah</w:t>
      </w:r>
      <w:proofErr w:type="spellEnd"/>
      <w:r>
        <w:rPr>
          <w:rFonts w:cs="Times New Roman"/>
          <w:sz w:val="24"/>
          <w:szCs w:val="24"/>
        </w:rPr>
        <w:t xml:space="preserve"> </w:t>
      </w:r>
      <w:proofErr w:type="spellStart"/>
      <w:r>
        <w:rPr>
          <w:rFonts w:cs="Times New Roman"/>
          <w:sz w:val="24"/>
          <w:szCs w:val="24"/>
        </w:rPr>
        <w:t>dari</w:t>
      </w:r>
      <w:proofErr w:type="spellEnd"/>
      <w:r>
        <w:rPr>
          <w:rFonts w:cs="Times New Roman"/>
          <w:sz w:val="24"/>
          <w:szCs w:val="24"/>
        </w:rPr>
        <w:t xml:space="preserve"> </w:t>
      </w:r>
      <w:proofErr w:type="spellStart"/>
      <w:r>
        <w:rPr>
          <w:rFonts w:cs="Times New Roman"/>
          <w:sz w:val="24"/>
          <w:szCs w:val="24"/>
        </w:rPr>
        <w:t>luar</w:t>
      </w:r>
      <w:proofErr w:type="spellEnd"/>
      <w:r>
        <w:rPr>
          <w:rFonts w:cs="Times New Roman"/>
          <w:sz w:val="24"/>
          <w:szCs w:val="24"/>
        </w:rPr>
        <w:t xml:space="preserve"> Surabaya.</w:t>
      </w:r>
    </w:p>
    <w:p w14:paraId="4CADB682" w14:textId="77777777" w:rsidR="00D61C11" w:rsidRPr="00D61C11" w:rsidRDefault="00000000" w:rsidP="00D61C11">
      <w:pPr>
        <w:pStyle w:val="ListParagraph"/>
        <w:numPr>
          <w:ilvl w:val="0"/>
          <w:numId w:val="22"/>
        </w:numPr>
        <w:spacing w:line="360" w:lineRule="auto"/>
        <w:jc w:val="both"/>
        <w:rPr>
          <w:rFonts w:cs="Times New Roman"/>
          <w:sz w:val="24"/>
          <w:szCs w:val="24"/>
        </w:rPr>
      </w:pPr>
      <w:proofErr w:type="spellStart"/>
      <w:r w:rsidRPr="00D61C11">
        <w:rPr>
          <w:rFonts w:cs="Times New Roman"/>
          <w:sz w:val="24"/>
          <w:szCs w:val="24"/>
        </w:rPr>
        <w:t>Setiap</w:t>
      </w:r>
      <w:proofErr w:type="spellEnd"/>
      <w:r w:rsidRPr="00D61C11">
        <w:rPr>
          <w:rFonts w:cs="Times New Roman"/>
          <w:sz w:val="24"/>
          <w:szCs w:val="24"/>
        </w:rPr>
        <w:t xml:space="preserve"> </w:t>
      </w:r>
      <w:proofErr w:type="spellStart"/>
      <w:r w:rsidRPr="00D61C11">
        <w:rPr>
          <w:rFonts w:cs="Times New Roman"/>
          <w:sz w:val="24"/>
          <w:szCs w:val="24"/>
        </w:rPr>
        <w:t>tim</w:t>
      </w:r>
      <w:proofErr w:type="spellEnd"/>
      <w:r w:rsidRPr="00D61C11">
        <w:rPr>
          <w:rFonts w:cs="Times New Roman"/>
          <w:sz w:val="24"/>
          <w:szCs w:val="24"/>
        </w:rPr>
        <w:t xml:space="preserve"> </w:t>
      </w:r>
      <w:proofErr w:type="spellStart"/>
      <w:r w:rsidRPr="00D61C11">
        <w:rPr>
          <w:rFonts w:cs="Times New Roman"/>
          <w:sz w:val="24"/>
          <w:szCs w:val="24"/>
        </w:rPr>
        <w:t>menunjuk</w:t>
      </w:r>
      <w:proofErr w:type="spellEnd"/>
      <w:r w:rsidRPr="00D61C11">
        <w:rPr>
          <w:rFonts w:cs="Times New Roman"/>
          <w:sz w:val="24"/>
          <w:szCs w:val="24"/>
        </w:rPr>
        <w:t xml:space="preserve"> </w:t>
      </w:r>
      <w:proofErr w:type="spellStart"/>
      <w:r w:rsidRPr="00D61C11">
        <w:rPr>
          <w:rFonts w:cs="Times New Roman"/>
          <w:sz w:val="24"/>
          <w:szCs w:val="24"/>
        </w:rPr>
        <w:t>satu</w:t>
      </w:r>
      <w:proofErr w:type="spellEnd"/>
      <w:r w:rsidRPr="00D61C11">
        <w:rPr>
          <w:rFonts w:cs="Times New Roman"/>
          <w:sz w:val="24"/>
          <w:szCs w:val="24"/>
        </w:rPr>
        <w:t xml:space="preserve"> ketua sebagai narahubung panitia dan </w:t>
      </w:r>
      <w:proofErr w:type="spellStart"/>
      <w:r w:rsidRPr="00D61C11">
        <w:rPr>
          <w:rFonts w:cs="Times New Roman"/>
          <w:sz w:val="24"/>
          <w:szCs w:val="24"/>
        </w:rPr>
        <w:t>penanggung</w:t>
      </w:r>
      <w:proofErr w:type="spellEnd"/>
      <w:r w:rsidRPr="00D61C11">
        <w:rPr>
          <w:rFonts w:cs="Times New Roman"/>
          <w:sz w:val="24"/>
          <w:szCs w:val="24"/>
        </w:rPr>
        <w:t xml:space="preserve"> </w:t>
      </w:r>
      <w:proofErr w:type="spellStart"/>
      <w:r w:rsidRPr="00D61C11">
        <w:rPr>
          <w:rFonts w:cs="Times New Roman"/>
          <w:sz w:val="24"/>
          <w:szCs w:val="24"/>
        </w:rPr>
        <w:t>jawab</w:t>
      </w:r>
      <w:proofErr w:type="spellEnd"/>
      <w:r w:rsidRPr="00D61C11">
        <w:rPr>
          <w:rFonts w:cs="Times New Roman"/>
          <w:sz w:val="24"/>
          <w:szCs w:val="24"/>
        </w:rPr>
        <w:t xml:space="preserve"> </w:t>
      </w:r>
      <w:proofErr w:type="spellStart"/>
      <w:r w:rsidRPr="00D61C11">
        <w:rPr>
          <w:rFonts w:cs="Times New Roman"/>
          <w:sz w:val="24"/>
          <w:szCs w:val="24"/>
        </w:rPr>
        <w:t>penyampaian</w:t>
      </w:r>
      <w:proofErr w:type="spellEnd"/>
      <w:r w:rsidRPr="00D61C11">
        <w:rPr>
          <w:rFonts w:cs="Times New Roman"/>
          <w:sz w:val="24"/>
          <w:szCs w:val="24"/>
        </w:rPr>
        <w:t xml:space="preserve"> </w:t>
      </w:r>
      <w:proofErr w:type="spellStart"/>
      <w:r w:rsidRPr="00D61C11">
        <w:rPr>
          <w:rFonts w:cs="Times New Roman"/>
          <w:sz w:val="24"/>
          <w:szCs w:val="24"/>
        </w:rPr>
        <w:t>dokumen</w:t>
      </w:r>
      <w:proofErr w:type="spellEnd"/>
      <w:r w:rsidRPr="00D61C11">
        <w:rPr>
          <w:rFonts w:cs="Times New Roman"/>
          <w:sz w:val="24"/>
          <w:szCs w:val="24"/>
        </w:rPr>
        <w:t>/</w:t>
      </w:r>
      <w:proofErr w:type="spellStart"/>
      <w:r w:rsidRPr="00D61C11">
        <w:rPr>
          <w:rFonts w:cs="Times New Roman"/>
          <w:sz w:val="24"/>
          <w:szCs w:val="24"/>
        </w:rPr>
        <w:t>presentasi</w:t>
      </w:r>
      <w:proofErr w:type="spellEnd"/>
      <w:r w:rsidRPr="00D61C11">
        <w:rPr>
          <w:rFonts w:cs="Times New Roman"/>
          <w:sz w:val="24"/>
          <w:szCs w:val="24"/>
        </w:rPr>
        <w:t>.</w:t>
      </w:r>
    </w:p>
    <w:p w14:paraId="4DF6919E" w14:textId="77777777" w:rsidR="00D61C11" w:rsidRPr="00D61C11" w:rsidRDefault="00000000" w:rsidP="00D61C11">
      <w:pPr>
        <w:pStyle w:val="ListParagraph"/>
        <w:numPr>
          <w:ilvl w:val="0"/>
          <w:numId w:val="22"/>
        </w:numPr>
        <w:spacing w:line="360" w:lineRule="auto"/>
        <w:jc w:val="both"/>
        <w:rPr>
          <w:rFonts w:cs="Times New Roman"/>
          <w:sz w:val="24"/>
          <w:szCs w:val="24"/>
        </w:rPr>
      </w:pPr>
      <w:r w:rsidRPr="00D61C11">
        <w:rPr>
          <w:rFonts w:cs="Times New Roman"/>
          <w:sz w:val="24"/>
          <w:szCs w:val="24"/>
        </w:rPr>
        <w:t xml:space="preserve">Tim </w:t>
      </w:r>
      <w:proofErr w:type="spellStart"/>
      <w:r w:rsidRPr="00D61C11">
        <w:rPr>
          <w:rFonts w:cs="Times New Roman"/>
          <w:sz w:val="24"/>
          <w:szCs w:val="24"/>
        </w:rPr>
        <w:t>membagi</w:t>
      </w:r>
      <w:proofErr w:type="spellEnd"/>
      <w:r w:rsidRPr="00D61C11">
        <w:rPr>
          <w:rFonts w:cs="Times New Roman"/>
          <w:sz w:val="24"/>
          <w:szCs w:val="24"/>
        </w:rPr>
        <w:t xml:space="preserve"> </w:t>
      </w:r>
      <w:proofErr w:type="spellStart"/>
      <w:r w:rsidRPr="00D61C11">
        <w:rPr>
          <w:rFonts w:cs="Times New Roman"/>
          <w:sz w:val="24"/>
          <w:szCs w:val="24"/>
        </w:rPr>
        <w:t>tugas</w:t>
      </w:r>
      <w:proofErr w:type="spellEnd"/>
      <w:r w:rsidRPr="00D61C11">
        <w:rPr>
          <w:rFonts w:cs="Times New Roman"/>
          <w:sz w:val="24"/>
          <w:szCs w:val="24"/>
        </w:rPr>
        <w:t xml:space="preserve"> </w:t>
      </w:r>
      <w:proofErr w:type="spellStart"/>
      <w:r w:rsidRPr="00D61C11">
        <w:rPr>
          <w:rFonts w:cs="Times New Roman"/>
          <w:sz w:val="24"/>
          <w:szCs w:val="24"/>
        </w:rPr>
        <w:t>sesuai</w:t>
      </w:r>
      <w:proofErr w:type="spellEnd"/>
      <w:r w:rsidRPr="00D61C11">
        <w:rPr>
          <w:rFonts w:cs="Times New Roman"/>
          <w:sz w:val="24"/>
          <w:szCs w:val="24"/>
        </w:rPr>
        <w:t xml:space="preserve"> </w:t>
      </w:r>
      <w:proofErr w:type="spellStart"/>
      <w:r w:rsidRPr="00D61C11">
        <w:rPr>
          <w:rFonts w:cs="Times New Roman"/>
          <w:sz w:val="24"/>
          <w:szCs w:val="24"/>
        </w:rPr>
        <w:t>kemampuan</w:t>
      </w:r>
      <w:proofErr w:type="spellEnd"/>
      <w:r w:rsidRPr="00D61C11">
        <w:rPr>
          <w:rFonts w:cs="Times New Roman"/>
          <w:sz w:val="24"/>
          <w:szCs w:val="24"/>
        </w:rPr>
        <w:t xml:space="preserve">, </w:t>
      </w:r>
      <w:proofErr w:type="spellStart"/>
      <w:r w:rsidRPr="00D61C11">
        <w:rPr>
          <w:rFonts w:cs="Times New Roman"/>
          <w:sz w:val="24"/>
          <w:szCs w:val="24"/>
        </w:rPr>
        <w:t>misalnya</w:t>
      </w:r>
      <w:proofErr w:type="spellEnd"/>
      <w:r w:rsidRPr="00D61C11">
        <w:rPr>
          <w:rFonts w:cs="Times New Roman"/>
          <w:sz w:val="24"/>
          <w:szCs w:val="24"/>
        </w:rPr>
        <w:t xml:space="preserve"> koordinator, peneliti masalah/pengguna, pengembang atau perancang solusi, serta penanggung jawab implementasi/dampak. Peran </w:t>
      </w:r>
      <w:proofErr w:type="spellStart"/>
      <w:r w:rsidRPr="00D61C11">
        <w:rPr>
          <w:rFonts w:cs="Times New Roman"/>
          <w:sz w:val="24"/>
          <w:szCs w:val="24"/>
        </w:rPr>
        <w:t>boleh</w:t>
      </w:r>
      <w:proofErr w:type="spellEnd"/>
      <w:r w:rsidRPr="00D61C11">
        <w:rPr>
          <w:rFonts w:cs="Times New Roman"/>
          <w:sz w:val="24"/>
          <w:szCs w:val="24"/>
        </w:rPr>
        <w:t xml:space="preserve"> </w:t>
      </w:r>
      <w:proofErr w:type="spellStart"/>
      <w:r w:rsidRPr="00D61C11">
        <w:rPr>
          <w:rFonts w:cs="Times New Roman"/>
          <w:sz w:val="24"/>
          <w:szCs w:val="24"/>
        </w:rPr>
        <w:t>dirangkap</w:t>
      </w:r>
      <w:proofErr w:type="spellEnd"/>
      <w:r w:rsidRPr="00D61C11">
        <w:rPr>
          <w:rFonts w:cs="Times New Roman"/>
          <w:sz w:val="24"/>
          <w:szCs w:val="24"/>
        </w:rPr>
        <w:t>.</w:t>
      </w:r>
    </w:p>
    <w:p w14:paraId="7A9F1DE1" w14:textId="77777777" w:rsidR="00D61C11" w:rsidRPr="00D61C11" w:rsidRDefault="00000000" w:rsidP="00D61C11">
      <w:pPr>
        <w:pStyle w:val="ListParagraph"/>
        <w:numPr>
          <w:ilvl w:val="0"/>
          <w:numId w:val="22"/>
        </w:numPr>
        <w:spacing w:line="360" w:lineRule="auto"/>
        <w:jc w:val="both"/>
        <w:rPr>
          <w:rFonts w:cs="Times New Roman"/>
          <w:sz w:val="24"/>
          <w:szCs w:val="24"/>
        </w:rPr>
      </w:pPr>
      <w:proofErr w:type="spellStart"/>
      <w:r w:rsidRPr="00D61C11">
        <w:rPr>
          <w:rFonts w:cs="Times New Roman"/>
          <w:sz w:val="24"/>
          <w:szCs w:val="24"/>
        </w:rPr>
        <w:t>Setiap</w:t>
      </w:r>
      <w:proofErr w:type="spellEnd"/>
      <w:r w:rsidRPr="00D61C11">
        <w:rPr>
          <w:rFonts w:cs="Times New Roman"/>
          <w:sz w:val="24"/>
          <w:szCs w:val="24"/>
        </w:rPr>
        <w:t xml:space="preserve"> </w:t>
      </w:r>
      <w:proofErr w:type="spellStart"/>
      <w:r w:rsidRPr="00D61C11">
        <w:rPr>
          <w:rFonts w:cs="Times New Roman"/>
          <w:sz w:val="24"/>
          <w:szCs w:val="24"/>
        </w:rPr>
        <w:t>anggota</w:t>
      </w:r>
      <w:proofErr w:type="spellEnd"/>
      <w:r w:rsidRPr="00D61C11">
        <w:rPr>
          <w:rFonts w:cs="Times New Roman"/>
          <w:sz w:val="24"/>
          <w:szCs w:val="24"/>
        </w:rPr>
        <w:t xml:space="preserve"> </w:t>
      </w:r>
      <w:proofErr w:type="spellStart"/>
      <w:r w:rsidRPr="00D61C11">
        <w:rPr>
          <w:rFonts w:cs="Times New Roman"/>
          <w:sz w:val="24"/>
          <w:szCs w:val="24"/>
        </w:rPr>
        <w:t>wajib</w:t>
      </w:r>
      <w:proofErr w:type="spellEnd"/>
      <w:r w:rsidRPr="00D61C11">
        <w:rPr>
          <w:rFonts w:cs="Times New Roman"/>
          <w:sz w:val="24"/>
          <w:szCs w:val="24"/>
        </w:rPr>
        <w:t xml:space="preserve"> </w:t>
      </w:r>
      <w:proofErr w:type="spellStart"/>
      <w:r w:rsidRPr="00D61C11">
        <w:rPr>
          <w:rFonts w:cs="Times New Roman"/>
          <w:sz w:val="24"/>
          <w:szCs w:val="24"/>
        </w:rPr>
        <w:t>dicantumkan</w:t>
      </w:r>
      <w:proofErr w:type="spellEnd"/>
      <w:r w:rsidRPr="00D61C11">
        <w:rPr>
          <w:rFonts w:cs="Times New Roman"/>
          <w:sz w:val="24"/>
          <w:szCs w:val="24"/>
        </w:rPr>
        <w:t xml:space="preserve"> pada pendaftaran dengan identitas dan afiliasi yang benar. Pergantian anggota setelah </w:t>
      </w:r>
      <w:proofErr w:type="spellStart"/>
      <w:r w:rsidRPr="00D61C11">
        <w:rPr>
          <w:rFonts w:cs="Times New Roman"/>
          <w:sz w:val="24"/>
          <w:szCs w:val="24"/>
        </w:rPr>
        <w:t>pendaftaran</w:t>
      </w:r>
      <w:proofErr w:type="spellEnd"/>
      <w:r w:rsidRPr="00D61C11">
        <w:rPr>
          <w:rFonts w:cs="Times New Roman"/>
          <w:sz w:val="24"/>
          <w:szCs w:val="24"/>
        </w:rPr>
        <w:t xml:space="preserve"> </w:t>
      </w:r>
      <w:proofErr w:type="spellStart"/>
      <w:r w:rsidRPr="00D61C11">
        <w:rPr>
          <w:rFonts w:cs="Times New Roman"/>
          <w:sz w:val="24"/>
          <w:szCs w:val="24"/>
        </w:rPr>
        <w:t>memerlukan</w:t>
      </w:r>
      <w:proofErr w:type="spellEnd"/>
      <w:r w:rsidRPr="00D61C11">
        <w:rPr>
          <w:rFonts w:cs="Times New Roman"/>
          <w:sz w:val="24"/>
          <w:szCs w:val="24"/>
        </w:rPr>
        <w:t xml:space="preserve"> </w:t>
      </w:r>
      <w:proofErr w:type="spellStart"/>
      <w:r w:rsidRPr="00D61C11">
        <w:rPr>
          <w:rFonts w:cs="Times New Roman"/>
          <w:sz w:val="24"/>
          <w:szCs w:val="24"/>
        </w:rPr>
        <w:t>persetujuan</w:t>
      </w:r>
      <w:proofErr w:type="spellEnd"/>
      <w:r w:rsidRPr="00D61C11">
        <w:rPr>
          <w:rFonts w:cs="Times New Roman"/>
          <w:sz w:val="24"/>
          <w:szCs w:val="24"/>
        </w:rPr>
        <w:t xml:space="preserve"> </w:t>
      </w:r>
      <w:proofErr w:type="spellStart"/>
      <w:r w:rsidRPr="00D61C11">
        <w:rPr>
          <w:rFonts w:cs="Times New Roman"/>
          <w:sz w:val="24"/>
          <w:szCs w:val="24"/>
        </w:rPr>
        <w:t>panitia</w:t>
      </w:r>
      <w:proofErr w:type="spellEnd"/>
      <w:r w:rsidRPr="00D61C11">
        <w:rPr>
          <w:rFonts w:cs="Times New Roman"/>
          <w:sz w:val="24"/>
          <w:szCs w:val="24"/>
        </w:rPr>
        <w:t>.</w:t>
      </w:r>
    </w:p>
    <w:p w14:paraId="772913CB" w14:textId="4FFEBCD5" w:rsidR="00A82D36" w:rsidRPr="00D61C11" w:rsidRDefault="00000000" w:rsidP="00D61C11">
      <w:pPr>
        <w:pStyle w:val="ListParagraph"/>
        <w:numPr>
          <w:ilvl w:val="0"/>
          <w:numId w:val="22"/>
        </w:numPr>
        <w:spacing w:line="360" w:lineRule="auto"/>
        <w:jc w:val="both"/>
        <w:rPr>
          <w:rFonts w:cs="Times New Roman"/>
          <w:sz w:val="24"/>
          <w:szCs w:val="24"/>
        </w:rPr>
      </w:pPr>
      <w:proofErr w:type="spellStart"/>
      <w:r w:rsidRPr="00D61C11">
        <w:rPr>
          <w:rFonts w:cs="Times New Roman"/>
          <w:sz w:val="24"/>
          <w:szCs w:val="24"/>
        </w:rPr>
        <w:t>Peserta</w:t>
      </w:r>
      <w:proofErr w:type="spellEnd"/>
      <w:r w:rsidRPr="00D61C11">
        <w:rPr>
          <w:rFonts w:cs="Times New Roman"/>
          <w:sz w:val="24"/>
          <w:szCs w:val="24"/>
        </w:rPr>
        <w:t xml:space="preserve"> </w:t>
      </w:r>
      <w:proofErr w:type="spellStart"/>
      <w:r w:rsidRPr="00D61C11">
        <w:rPr>
          <w:rFonts w:cs="Times New Roman"/>
          <w:sz w:val="24"/>
          <w:szCs w:val="24"/>
        </w:rPr>
        <w:t>wajib</w:t>
      </w:r>
      <w:proofErr w:type="spellEnd"/>
      <w:r w:rsidRPr="00D61C11">
        <w:rPr>
          <w:rFonts w:cs="Times New Roman"/>
          <w:sz w:val="24"/>
          <w:szCs w:val="24"/>
        </w:rPr>
        <w:t xml:space="preserve"> </w:t>
      </w:r>
      <w:proofErr w:type="spellStart"/>
      <w:r w:rsidRPr="00D61C11">
        <w:rPr>
          <w:rFonts w:cs="Times New Roman"/>
          <w:sz w:val="24"/>
          <w:szCs w:val="24"/>
        </w:rPr>
        <w:t>mengikuti</w:t>
      </w:r>
      <w:proofErr w:type="spellEnd"/>
      <w:r w:rsidRPr="00D61C11">
        <w:rPr>
          <w:rFonts w:cs="Times New Roman"/>
          <w:sz w:val="24"/>
          <w:szCs w:val="24"/>
        </w:rPr>
        <w:t xml:space="preserve"> </w:t>
      </w:r>
      <w:proofErr w:type="spellStart"/>
      <w:r w:rsidRPr="00D61C11">
        <w:rPr>
          <w:rFonts w:cs="Times New Roman"/>
          <w:sz w:val="24"/>
          <w:szCs w:val="24"/>
        </w:rPr>
        <w:t>pengarahan</w:t>
      </w:r>
      <w:proofErr w:type="spellEnd"/>
      <w:r w:rsidRPr="00D61C11">
        <w:rPr>
          <w:rFonts w:cs="Times New Roman"/>
          <w:sz w:val="24"/>
          <w:szCs w:val="24"/>
        </w:rPr>
        <w:t>, sesi konsultasi/mentoring yang dijadwalkan, proses validasi, serta presentasi akhir. Peserta di bawah umur mengikuti ketentuan izin orang tua/wali dan pendampingan yang ditetapkan panitia.</w:t>
      </w:r>
    </w:p>
    <w:p w14:paraId="7DE9386C"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3.3 Problem Owner dan Challenge Brief</w:t>
      </w:r>
    </w:p>
    <w:p w14:paraId="772673CD"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Problem owner adalah pihak yang mengusulkan atau mewakili masalah, misalnya perangkat daerah/unit layanan publik, industri, pelaku usaha, komunitas, atau kelompok masyarakat. Problem owner membantu menjelaskan konteks, kondisi sekarang, pengguna yang terdampak, kendala, dan hasil yang diharapkan. Problem owner tidak harus menentukan bentuk solusi sejak awal.</w:t>
      </w:r>
    </w:p>
    <w:p w14:paraId="19358752"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Challenge dapat berasal dari isu pelayanan publik, lingkungan, mobilitas, pengelolaan sampah, ekonomi dan UMKM, pendidikan, kesehatan, tata kelola, proses industri, pemberdayaan masyarakat, atau isu lain yang ditetapkan penyelenggara. Daftar final challenge dan cakupannya disediakan dalam pengumuman atau sesi kick-off agar peserta memilih tantangan berdasarkan informasi yang sama.</w:t>
      </w:r>
    </w:p>
    <w:p w14:paraId="35951467"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Setiap challenge sebaiknya dilengkapi challenge brief yang berisi:</w:t>
      </w:r>
    </w:p>
    <w:p w14:paraId="333C956D" w14:textId="44909B78" w:rsidR="00A82D36" w:rsidRPr="00215E31" w:rsidRDefault="00000000" w:rsidP="000233BA">
      <w:pPr>
        <w:pStyle w:val="ListBullet"/>
        <w:numPr>
          <w:ilvl w:val="0"/>
          <w:numId w:val="23"/>
        </w:numPr>
        <w:spacing w:line="360" w:lineRule="auto"/>
        <w:jc w:val="both"/>
        <w:rPr>
          <w:rFonts w:cs="Times New Roman"/>
          <w:sz w:val="24"/>
          <w:szCs w:val="24"/>
        </w:rPr>
      </w:pPr>
      <w:r w:rsidRPr="00215E31">
        <w:rPr>
          <w:rFonts w:cs="Times New Roman"/>
          <w:sz w:val="24"/>
          <w:szCs w:val="24"/>
        </w:rPr>
        <w:t xml:space="preserve">judul dan </w:t>
      </w:r>
      <w:proofErr w:type="spellStart"/>
      <w:r w:rsidRPr="00215E31">
        <w:rPr>
          <w:rFonts w:cs="Times New Roman"/>
          <w:sz w:val="24"/>
          <w:szCs w:val="24"/>
        </w:rPr>
        <w:t>uraian</w:t>
      </w:r>
      <w:proofErr w:type="spellEnd"/>
      <w:r w:rsidRPr="00215E31">
        <w:rPr>
          <w:rFonts w:cs="Times New Roman"/>
          <w:sz w:val="24"/>
          <w:szCs w:val="24"/>
        </w:rPr>
        <w:t xml:space="preserve"> </w:t>
      </w:r>
      <w:proofErr w:type="spellStart"/>
      <w:r w:rsidRPr="00215E31">
        <w:rPr>
          <w:rFonts w:cs="Times New Roman"/>
          <w:sz w:val="24"/>
          <w:szCs w:val="24"/>
        </w:rPr>
        <w:t>masalah</w:t>
      </w:r>
      <w:proofErr w:type="spellEnd"/>
      <w:r w:rsidRPr="00215E31">
        <w:rPr>
          <w:rFonts w:cs="Times New Roman"/>
          <w:sz w:val="24"/>
          <w:szCs w:val="24"/>
        </w:rPr>
        <w:t xml:space="preserve"> </w:t>
      </w:r>
      <w:proofErr w:type="spellStart"/>
      <w:r w:rsidRPr="00215E31">
        <w:rPr>
          <w:rFonts w:cs="Times New Roman"/>
          <w:sz w:val="24"/>
          <w:szCs w:val="24"/>
        </w:rPr>
        <w:t>beserta</w:t>
      </w:r>
      <w:proofErr w:type="spellEnd"/>
      <w:r w:rsidRPr="00215E31">
        <w:rPr>
          <w:rFonts w:cs="Times New Roman"/>
          <w:sz w:val="24"/>
          <w:szCs w:val="24"/>
        </w:rPr>
        <w:t xml:space="preserve"> </w:t>
      </w:r>
      <w:proofErr w:type="spellStart"/>
      <w:r w:rsidRPr="00215E31">
        <w:rPr>
          <w:rFonts w:cs="Times New Roman"/>
          <w:sz w:val="24"/>
          <w:szCs w:val="24"/>
        </w:rPr>
        <w:t>lokasi</w:t>
      </w:r>
      <w:proofErr w:type="spellEnd"/>
      <w:r w:rsidRPr="00215E31">
        <w:rPr>
          <w:rFonts w:cs="Times New Roman"/>
          <w:sz w:val="24"/>
          <w:szCs w:val="24"/>
        </w:rPr>
        <w:t>/</w:t>
      </w:r>
      <w:proofErr w:type="spellStart"/>
      <w:r w:rsidRPr="00215E31">
        <w:rPr>
          <w:rFonts w:cs="Times New Roman"/>
          <w:sz w:val="24"/>
          <w:szCs w:val="24"/>
        </w:rPr>
        <w:t>konteks</w:t>
      </w:r>
      <w:proofErr w:type="spellEnd"/>
      <w:r w:rsidR="00A245FE">
        <w:rPr>
          <w:rFonts w:cs="Times New Roman"/>
          <w:sz w:val="24"/>
          <w:szCs w:val="24"/>
        </w:rPr>
        <w:t>.</w:t>
      </w:r>
    </w:p>
    <w:p w14:paraId="363D408E" w14:textId="7AA9234E" w:rsidR="00A82D36" w:rsidRPr="00215E31" w:rsidRDefault="00000000" w:rsidP="000233BA">
      <w:pPr>
        <w:pStyle w:val="ListBullet"/>
        <w:numPr>
          <w:ilvl w:val="0"/>
          <w:numId w:val="23"/>
        </w:numPr>
        <w:spacing w:line="360" w:lineRule="auto"/>
        <w:jc w:val="both"/>
        <w:rPr>
          <w:rFonts w:cs="Times New Roman"/>
          <w:sz w:val="24"/>
          <w:szCs w:val="24"/>
        </w:rPr>
      </w:pPr>
      <w:r w:rsidRPr="00215E31">
        <w:rPr>
          <w:rFonts w:cs="Times New Roman"/>
          <w:sz w:val="24"/>
          <w:szCs w:val="24"/>
        </w:rPr>
        <w:t xml:space="preserve">kondisi saat ini, pengguna/penerima manfaat, dan </w:t>
      </w:r>
      <w:proofErr w:type="spellStart"/>
      <w:r w:rsidRPr="00215E31">
        <w:rPr>
          <w:rFonts w:cs="Times New Roman"/>
          <w:sz w:val="24"/>
          <w:szCs w:val="24"/>
        </w:rPr>
        <w:t>dampak</w:t>
      </w:r>
      <w:proofErr w:type="spellEnd"/>
      <w:r w:rsidRPr="00215E31">
        <w:rPr>
          <w:rFonts w:cs="Times New Roman"/>
          <w:sz w:val="24"/>
          <w:szCs w:val="24"/>
        </w:rPr>
        <w:t xml:space="preserve"> yang </w:t>
      </w:r>
      <w:proofErr w:type="spellStart"/>
      <w:r w:rsidRPr="00215E31">
        <w:rPr>
          <w:rFonts w:cs="Times New Roman"/>
          <w:sz w:val="24"/>
          <w:szCs w:val="24"/>
        </w:rPr>
        <w:t>ditimbulkan</w:t>
      </w:r>
      <w:proofErr w:type="spellEnd"/>
      <w:r w:rsidR="00A245FE">
        <w:rPr>
          <w:rFonts w:cs="Times New Roman"/>
          <w:sz w:val="24"/>
          <w:szCs w:val="24"/>
        </w:rPr>
        <w:t>.</w:t>
      </w:r>
    </w:p>
    <w:p w14:paraId="66E245C6" w14:textId="45BC69F0" w:rsidR="00A82D36" w:rsidRPr="00215E31" w:rsidRDefault="00000000" w:rsidP="000233BA">
      <w:pPr>
        <w:pStyle w:val="ListBullet"/>
        <w:numPr>
          <w:ilvl w:val="0"/>
          <w:numId w:val="23"/>
        </w:numPr>
        <w:spacing w:line="360" w:lineRule="auto"/>
        <w:jc w:val="both"/>
        <w:rPr>
          <w:rFonts w:cs="Times New Roman"/>
          <w:sz w:val="24"/>
          <w:szCs w:val="24"/>
        </w:rPr>
      </w:pPr>
      <w:r w:rsidRPr="00215E31">
        <w:rPr>
          <w:rFonts w:cs="Times New Roman"/>
          <w:sz w:val="24"/>
          <w:szCs w:val="24"/>
        </w:rPr>
        <w:t xml:space="preserve">solusi/proses yang sudah ada dan </w:t>
      </w:r>
      <w:proofErr w:type="spellStart"/>
      <w:r w:rsidRPr="00215E31">
        <w:rPr>
          <w:rFonts w:cs="Times New Roman"/>
          <w:sz w:val="24"/>
          <w:szCs w:val="24"/>
        </w:rPr>
        <w:t>kendala</w:t>
      </w:r>
      <w:proofErr w:type="spellEnd"/>
      <w:r w:rsidRPr="00215E31">
        <w:rPr>
          <w:rFonts w:cs="Times New Roman"/>
          <w:sz w:val="24"/>
          <w:szCs w:val="24"/>
        </w:rPr>
        <w:t xml:space="preserve"> yang </w:t>
      </w:r>
      <w:proofErr w:type="spellStart"/>
      <w:r w:rsidRPr="00215E31">
        <w:rPr>
          <w:rFonts w:cs="Times New Roman"/>
          <w:sz w:val="24"/>
          <w:szCs w:val="24"/>
        </w:rPr>
        <w:t>belum</w:t>
      </w:r>
      <w:proofErr w:type="spellEnd"/>
      <w:r w:rsidRPr="00215E31">
        <w:rPr>
          <w:rFonts w:cs="Times New Roman"/>
          <w:sz w:val="24"/>
          <w:szCs w:val="24"/>
        </w:rPr>
        <w:t xml:space="preserve"> </w:t>
      </w:r>
      <w:proofErr w:type="spellStart"/>
      <w:r w:rsidRPr="00215E31">
        <w:rPr>
          <w:rFonts w:cs="Times New Roman"/>
          <w:sz w:val="24"/>
          <w:szCs w:val="24"/>
        </w:rPr>
        <w:t>teratasi</w:t>
      </w:r>
      <w:proofErr w:type="spellEnd"/>
      <w:r w:rsidR="00A245FE">
        <w:rPr>
          <w:rFonts w:cs="Times New Roman"/>
          <w:sz w:val="24"/>
          <w:szCs w:val="24"/>
        </w:rPr>
        <w:t>.</w:t>
      </w:r>
    </w:p>
    <w:p w14:paraId="119BB3FE" w14:textId="6838E6BD" w:rsidR="00A82D36" w:rsidRPr="00215E31" w:rsidRDefault="00000000" w:rsidP="000233BA">
      <w:pPr>
        <w:pStyle w:val="ListBullet"/>
        <w:numPr>
          <w:ilvl w:val="0"/>
          <w:numId w:val="23"/>
        </w:numPr>
        <w:spacing w:line="360" w:lineRule="auto"/>
        <w:jc w:val="both"/>
        <w:rPr>
          <w:rFonts w:cs="Times New Roman"/>
          <w:sz w:val="24"/>
          <w:szCs w:val="24"/>
        </w:rPr>
      </w:pPr>
      <w:r w:rsidRPr="00215E31">
        <w:rPr>
          <w:rFonts w:cs="Times New Roman"/>
          <w:sz w:val="24"/>
          <w:szCs w:val="24"/>
        </w:rPr>
        <w:t xml:space="preserve">ruang lingkup tantangan, batasan teknis/operasional, serta risiko </w:t>
      </w:r>
      <w:proofErr w:type="spellStart"/>
      <w:r w:rsidRPr="00215E31">
        <w:rPr>
          <w:rFonts w:cs="Times New Roman"/>
          <w:sz w:val="24"/>
          <w:szCs w:val="24"/>
        </w:rPr>
        <w:t>atau</w:t>
      </w:r>
      <w:proofErr w:type="spellEnd"/>
      <w:r w:rsidRPr="00215E31">
        <w:rPr>
          <w:rFonts w:cs="Times New Roman"/>
          <w:sz w:val="24"/>
          <w:szCs w:val="24"/>
        </w:rPr>
        <w:t xml:space="preserve"> </w:t>
      </w:r>
      <w:proofErr w:type="spellStart"/>
      <w:r w:rsidRPr="00215E31">
        <w:rPr>
          <w:rFonts w:cs="Times New Roman"/>
          <w:sz w:val="24"/>
          <w:szCs w:val="24"/>
        </w:rPr>
        <w:t>regulasi</w:t>
      </w:r>
      <w:proofErr w:type="spellEnd"/>
      <w:r w:rsidRPr="00215E31">
        <w:rPr>
          <w:rFonts w:cs="Times New Roman"/>
          <w:sz w:val="24"/>
          <w:szCs w:val="24"/>
        </w:rPr>
        <w:t xml:space="preserve"> yang </w:t>
      </w:r>
      <w:proofErr w:type="spellStart"/>
      <w:r w:rsidRPr="00215E31">
        <w:rPr>
          <w:rFonts w:cs="Times New Roman"/>
          <w:sz w:val="24"/>
          <w:szCs w:val="24"/>
        </w:rPr>
        <w:t>relevan</w:t>
      </w:r>
      <w:proofErr w:type="spellEnd"/>
      <w:r w:rsidR="00A245FE">
        <w:rPr>
          <w:rFonts w:cs="Times New Roman"/>
          <w:sz w:val="24"/>
          <w:szCs w:val="24"/>
        </w:rPr>
        <w:t>.</w:t>
      </w:r>
    </w:p>
    <w:p w14:paraId="1D54E2CE" w14:textId="69F8D698" w:rsidR="00A82D36" w:rsidRPr="00215E31" w:rsidRDefault="00000000" w:rsidP="000233BA">
      <w:pPr>
        <w:pStyle w:val="ListBullet"/>
        <w:numPr>
          <w:ilvl w:val="0"/>
          <w:numId w:val="23"/>
        </w:numPr>
        <w:spacing w:line="360" w:lineRule="auto"/>
        <w:jc w:val="both"/>
        <w:rPr>
          <w:rFonts w:cs="Times New Roman"/>
          <w:sz w:val="24"/>
          <w:szCs w:val="24"/>
        </w:rPr>
      </w:pPr>
      <w:r w:rsidRPr="00215E31">
        <w:rPr>
          <w:rFonts w:cs="Times New Roman"/>
          <w:sz w:val="24"/>
          <w:szCs w:val="24"/>
        </w:rPr>
        <w:t xml:space="preserve">hasil yang diharapkan dan indikator </w:t>
      </w:r>
      <w:proofErr w:type="spellStart"/>
      <w:r w:rsidRPr="00215E31">
        <w:rPr>
          <w:rFonts w:cs="Times New Roman"/>
          <w:sz w:val="24"/>
          <w:szCs w:val="24"/>
        </w:rPr>
        <w:t>sederhana</w:t>
      </w:r>
      <w:proofErr w:type="spellEnd"/>
      <w:r w:rsidRPr="00215E31">
        <w:rPr>
          <w:rFonts w:cs="Times New Roman"/>
          <w:sz w:val="24"/>
          <w:szCs w:val="24"/>
        </w:rPr>
        <w:t xml:space="preserve"> </w:t>
      </w:r>
      <w:proofErr w:type="spellStart"/>
      <w:r w:rsidRPr="00215E31">
        <w:rPr>
          <w:rFonts w:cs="Times New Roman"/>
          <w:sz w:val="24"/>
          <w:szCs w:val="24"/>
        </w:rPr>
        <w:t>untuk</w:t>
      </w:r>
      <w:proofErr w:type="spellEnd"/>
      <w:r w:rsidRPr="00215E31">
        <w:rPr>
          <w:rFonts w:cs="Times New Roman"/>
          <w:sz w:val="24"/>
          <w:szCs w:val="24"/>
        </w:rPr>
        <w:t xml:space="preserve"> </w:t>
      </w:r>
      <w:proofErr w:type="spellStart"/>
      <w:r w:rsidRPr="00215E31">
        <w:rPr>
          <w:rFonts w:cs="Times New Roman"/>
          <w:sz w:val="24"/>
          <w:szCs w:val="24"/>
        </w:rPr>
        <w:t>menilai</w:t>
      </w:r>
      <w:proofErr w:type="spellEnd"/>
      <w:r w:rsidRPr="00215E31">
        <w:rPr>
          <w:rFonts w:cs="Times New Roman"/>
          <w:sz w:val="24"/>
          <w:szCs w:val="24"/>
        </w:rPr>
        <w:t xml:space="preserve"> </w:t>
      </w:r>
      <w:proofErr w:type="spellStart"/>
      <w:r w:rsidRPr="00215E31">
        <w:rPr>
          <w:rFonts w:cs="Times New Roman"/>
          <w:sz w:val="24"/>
          <w:szCs w:val="24"/>
        </w:rPr>
        <w:t>manfaat</w:t>
      </w:r>
      <w:proofErr w:type="spellEnd"/>
      <w:r w:rsidR="00A245FE">
        <w:rPr>
          <w:rFonts w:cs="Times New Roman"/>
          <w:sz w:val="24"/>
          <w:szCs w:val="24"/>
        </w:rPr>
        <w:t>.</w:t>
      </w:r>
    </w:p>
    <w:p w14:paraId="5C8DAFE8" w14:textId="77777777" w:rsidR="00A82D36" w:rsidRPr="00215E31" w:rsidRDefault="00000000" w:rsidP="000233BA">
      <w:pPr>
        <w:pStyle w:val="ListBullet"/>
        <w:numPr>
          <w:ilvl w:val="0"/>
          <w:numId w:val="23"/>
        </w:numPr>
        <w:spacing w:line="360" w:lineRule="auto"/>
        <w:jc w:val="both"/>
        <w:rPr>
          <w:rFonts w:cs="Times New Roman"/>
          <w:sz w:val="24"/>
          <w:szCs w:val="24"/>
        </w:rPr>
      </w:pPr>
      <w:r w:rsidRPr="00215E31">
        <w:rPr>
          <w:rFonts w:cs="Times New Roman"/>
          <w:sz w:val="24"/>
          <w:szCs w:val="24"/>
        </w:rPr>
        <w:t>mekanisme konsultasi atau narahubung problem owner selama kegiatan.</w:t>
      </w:r>
    </w:p>
    <w:p w14:paraId="42A24487"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3.4 Pendaftaran dan Pilihan Challenge</w:t>
      </w:r>
    </w:p>
    <w:p w14:paraId="662BC270"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Tim menyampaikan identitas anggota, afiliasi dan kontak ketua, challenge yang dipilih, alasan pemilihan, pemahaman awal terhadap masalah, serta gagasan awal solusi. Panitia dapat meminta pernyataan keaslian karya dan dokumen tambahan. Challenge dipilih dari daftar yang diumumkan; perubahan challenge setelah proses pengembangan dimulai perlu dikonsultasikan dan disetujui panitia.</w:t>
      </w:r>
    </w:p>
    <w:p w14:paraId="37CF22E5"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Panitia menyampaikan jadwal, kanal komunikasi, tata cara konsultasi dengan problem owner, mekanisme pengumpulan keluaran, serta ketentuan keamanan atau kerahasiaan jika berlaku. Tim wajib menjaga informasi nonpublik yang secara jelas disampaikan sebagai rahasia oleh problem owner dan tidak boleh mengumpulkan atau menggunakan data pribadi tanpa dasar dan izin yang semestinya.</w:t>
      </w:r>
    </w:p>
    <w:p w14:paraId="207A8DB9"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3.5 Alur Kerja Surabaya Innovathon</w:t>
      </w:r>
    </w:p>
    <w:p w14:paraId="189BC694"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Rangkaian pengembangan intensif dirancang selama satu minggu. Pelaksanaan rinci dapat disesuaikan dengan agenda resmi dan ketersediaan problem owner, mentor, serta peserta.</w:t>
      </w:r>
    </w:p>
    <w:p w14:paraId="2B1DE379" w14:textId="1124BDDB"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 xml:space="preserve">Hari 1 Kick-off dan </w:t>
      </w:r>
      <w:proofErr w:type="spellStart"/>
      <w:r w:rsidRPr="00215E31">
        <w:rPr>
          <w:rFonts w:cs="Times New Roman"/>
          <w:sz w:val="24"/>
          <w:szCs w:val="24"/>
        </w:rPr>
        <w:t>pemahaman</w:t>
      </w:r>
      <w:proofErr w:type="spellEnd"/>
      <w:r w:rsidRPr="00215E31">
        <w:rPr>
          <w:rFonts w:cs="Times New Roman"/>
          <w:sz w:val="24"/>
          <w:szCs w:val="24"/>
        </w:rPr>
        <w:t xml:space="preserve"> tantangan. Pembukaan, pengarahan tata tertib, pengenalan challenge/problem owner, tanya jawab, konfirmasi tim, dan penyusunan rencana kerja.</w:t>
      </w:r>
    </w:p>
    <w:p w14:paraId="34AC6C47" w14:textId="3530062A"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Hari 2</w:t>
      </w:r>
      <w:r w:rsidR="00466028">
        <w:rPr>
          <w:rFonts w:cs="Times New Roman"/>
          <w:sz w:val="24"/>
          <w:szCs w:val="24"/>
        </w:rPr>
        <w:t xml:space="preserve"> </w:t>
      </w:r>
      <w:r w:rsidRPr="00215E31">
        <w:rPr>
          <w:rFonts w:cs="Times New Roman"/>
          <w:sz w:val="24"/>
          <w:szCs w:val="24"/>
        </w:rPr>
        <w:t>Problem discovery. Tim memetakan pengguna, kondisi saat ini, akar masalah, kebutuhan prioritas, alur proses, dan asumsi yang perlu dibuktikan. Wawancara/observasi dilakukan jika diizinkan.</w:t>
      </w:r>
    </w:p>
    <w:p w14:paraId="55C2B908" w14:textId="24E6171D"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Hari 3</w:t>
      </w:r>
      <w:r w:rsidR="002C22E7">
        <w:rPr>
          <w:rFonts w:cs="Times New Roman"/>
          <w:sz w:val="24"/>
          <w:szCs w:val="24"/>
        </w:rPr>
        <w:t xml:space="preserve"> </w:t>
      </w:r>
      <w:proofErr w:type="spellStart"/>
      <w:r w:rsidRPr="00215E31">
        <w:rPr>
          <w:rFonts w:cs="Times New Roman"/>
          <w:sz w:val="24"/>
          <w:szCs w:val="24"/>
        </w:rPr>
        <w:t>Ideasi</w:t>
      </w:r>
      <w:proofErr w:type="spellEnd"/>
      <w:r w:rsidRPr="00215E31">
        <w:rPr>
          <w:rFonts w:cs="Times New Roman"/>
          <w:sz w:val="24"/>
          <w:szCs w:val="24"/>
        </w:rPr>
        <w:t xml:space="preserve"> dan </w:t>
      </w:r>
      <w:proofErr w:type="spellStart"/>
      <w:r w:rsidRPr="00215E31">
        <w:rPr>
          <w:rFonts w:cs="Times New Roman"/>
          <w:sz w:val="24"/>
          <w:szCs w:val="24"/>
        </w:rPr>
        <w:t>seleksi</w:t>
      </w:r>
      <w:proofErr w:type="spellEnd"/>
      <w:r w:rsidRPr="00215E31">
        <w:rPr>
          <w:rFonts w:cs="Times New Roman"/>
          <w:sz w:val="24"/>
          <w:szCs w:val="24"/>
        </w:rPr>
        <w:t xml:space="preserve"> </w:t>
      </w:r>
      <w:proofErr w:type="spellStart"/>
      <w:r w:rsidRPr="00215E31">
        <w:rPr>
          <w:rFonts w:cs="Times New Roman"/>
          <w:sz w:val="24"/>
          <w:szCs w:val="24"/>
        </w:rPr>
        <w:t>solusi</w:t>
      </w:r>
      <w:proofErr w:type="spellEnd"/>
      <w:r w:rsidRPr="00215E31">
        <w:rPr>
          <w:rFonts w:cs="Times New Roman"/>
          <w:sz w:val="24"/>
          <w:szCs w:val="24"/>
        </w:rPr>
        <w:t>. Tim menyusun beberapa alternatif, membandingkan nilai manfaat dan kelayakan, memilih pendekatan, lalu meminta masukan awal dari mentor atau problem owner.</w:t>
      </w:r>
    </w:p>
    <w:p w14:paraId="2A414E8F" w14:textId="1750801A"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 xml:space="preserve">Hari </w:t>
      </w:r>
      <w:r w:rsidR="002C22E7" w:rsidRPr="00215E31">
        <w:rPr>
          <w:rFonts w:cs="Times New Roman"/>
          <w:sz w:val="24"/>
          <w:szCs w:val="24"/>
        </w:rPr>
        <w:t>4</w:t>
      </w:r>
      <w:r w:rsidR="002C22E7">
        <w:rPr>
          <w:rFonts w:cs="Times New Roman"/>
          <w:sz w:val="24"/>
          <w:szCs w:val="24"/>
        </w:rPr>
        <w:t xml:space="preserve"> </w:t>
      </w:r>
      <w:proofErr w:type="spellStart"/>
      <w:r w:rsidR="002C22E7">
        <w:rPr>
          <w:rFonts w:cs="Times New Roman"/>
          <w:sz w:val="24"/>
          <w:szCs w:val="24"/>
        </w:rPr>
        <w:t>Pengembangan</w:t>
      </w:r>
      <w:proofErr w:type="spellEnd"/>
      <w:r w:rsidRPr="00215E31">
        <w:rPr>
          <w:rFonts w:cs="Times New Roman"/>
          <w:sz w:val="24"/>
          <w:szCs w:val="24"/>
        </w:rPr>
        <w:t xml:space="preserve"> </w:t>
      </w:r>
      <w:proofErr w:type="spellStart"/>
      <w:r w:rsidRPr="00215E31">
        <w:rPr>
          <w:rFonts w:cs="Times New Roman"/>
          <w:sz w:val="24"/>
          <w:szCs w:val="24"/>
        </w:rPr>
        <w:t>konsep</w:t>
      </w:r>
      <w:proofErr w:type="spellEnd"/>
      <w:r w:rsidRPr="00215E31">
        <w:rPr>
          <w:rFonts w:cs="Times New Roman"/>
          <w:sz w:val="24"/>
          <w:szCs w:val="24"/>
        </w:rPr>
        <w:t>/</w:t>
      </w:r>
      <w:proofErr w:type="spellStart"/>
      <w:r w:rsidRPr="00215E31">
        <w:rPr>
          <w:rFonts w:cs="Times New Roman"/>
          <w:sz w:val="24"/>
          <w:szCs w:val="24"/>
        </w:rPr>
        <w:t>prototipe</w:t>
      </w:r>
      <w:proofErr w:type="spellEnd"/>
      <w:r w:rsidRPr="00215E31">
        <w:rPr>
          <w:rFonts w:cs="Times New Roman"/>
          <w:sz w:val="24"/>
          <w:szCs w:val="24"/>
        </w:rPr>
        <w:t>. Tim membuat rancangan, sketsa, mock-up, prototipe sederhana, model proses, desain layanan, model bisnis, atau demonstrasi solusi sesuai jenis challenge.</w:t>
      </w:r>
    </w:p>
    <w:p w14:paraId="266F97F2" w14:textId="5F739205"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 xml:space="preserve">Hari </w:t>
      </w:r>
      <w:r w:rsidR="002C22E7" w:rsidRPr="00215E31">
        <w:rPr>
          <w:rFonts w:cs="Times New Roman"/>
          <w:sz w:val="24"/>
          <w:szCs w:val="24"/>
        </w:rPr>
        <w:t>5</w:t>
      </w:r>
      <w:r w:rsidR="002C22E7">
        <w:rPr>
          <w:rFonts w:cs="Times New Roman"/>
          <w:sz w:val="24"/>
          <w:szCs w:val="24"/>
        </w:rPr>
        <w:t xml:space="preserve"> Uji</w:t>
      </w:r>
      <w:r w:rsidRPr="00215E31">
        <w:rPr>
          <w:rFonts w:cs="Times New Roman"/>
          <w:sz w:val="24"/>
          <w:szCs w:val="24"/>
        </w:rPr>
        <w:t xml:space="preserve"> dan </w:t>
      </w:r>
      <w:proofErr w:type="spellStart"/>
      <w:r w:rsidRPr="00215E31">
        <w:rPr>
          <w:rFonts w:cs="Times New Roman"/>
          <w:sz w:val="24"/>
          <w:szCs w:val="24"/>
        </w:rPr>
        <w:t>validasi</w:t>
      </w:r>
      <w:proofErr w:type="spellEnd"/>
      <w:r w:rsidRPr="00215E31">
        <w:rPr>
          <w:rFonts w:cs="Times New Roman"/>
          <w:sz w:val="24"/>
          <w:szCs w:val="24"/>
        </w:rPr>
        <w:t>. Tim menunjukkan konsep/prototipe kepada problem owner atau calon pengguna, mengumpulkan masukan, mencatat keterbatasan, serta melakukan perbaikan yang memungkinkan.</w:t>
      </w:r>
    </w:p>
    <w:p w14:paraId="2224EA25" w14:textId="416D4577"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Hari 6</w:t>
      </w:r>
      <w:r w:rsidR="00A234BF">
        <w:rPr>
          <w:rFonts w:cs="Times New Roman"/>
          <w:sz w:val="24"/>
          <w:szCs w:val="24"/>
        </w:rPr>
        <w:t xml:space="preserve"> </w:t>
      </w:r>
      <w:proofErr w:type="spellStart"/>
      <w:r w:rsidRPr="00215E31">
        <w:rPr>
          <w:rFonts w:cs="Times New Roman"/>
          <w:sz w:val="24"/>
          <w:szCs w:val="24"/>
        </w:rPr>
        <w:t>Penyempurnaan</w:t>
      </w:r>
      <w:proofErr w:type="spellEnd"/>
      <w:r w:rsidRPr="00215E31">
        <w:rPr>
          <w:rFonts w:cs="Times New Roman"/>
          <w:sz w:val="24"/>
          <w:szCs w:val="24"/>
        </w:rPr>
        <w:t xml:space="preserve"> dan pitch deck. Tim memfinalkan keluaran, rencana implementasi, sumber daya yang diperlukan, potensi dampak, risiko utama, indikator keberhasilan, dan latihan presentasi.</w:t>
      </w:r>
    </w:p>
    <w:p w14:paraId="7D374F00" w14:textId="07C0DC32" w:rsidR="00A82D36" w:rsidRPr="00215E31" w:rsidRDefault="00000000" w:rsidP="000233BA">
      <w:pPr>
        <w:pStyle w:val="ListBullet"/>
        <w:numPr>
          <w:ilvl w:val="0"/>
          <w:numId w:val="24"/>
        </w:numPr>
        <w:spacing w:line="360" w:lineRule="auto"/>
        <w:jc w:val="both"/>
        <w:rPr>
          <w:rFonts w:cs="Times New Roman"/>
          <w:sz w:val="24"/>
          <w:szCs w:val="24"/>
        </w:rPr>
      </w:pPr>
      <w:r w:rsidRPr="00215E31">
        <w:rPr>
          <w:rFonts w:cs="Times New Roman"/>
          <w:sz w:val="24"/>
          <w:szCs w:val="24"/>
        </w:rPr>
        <w:t>Hari 7</w:t>
      </w:r>
      <w:r w:rsidR="00A234BF">
        <w:rPr>
          <w:rFonts w:cs="Times New Roman"/>
          <w:sz w:val="24"/>
          <w:szCs w:val="24"/>
        </w:rPr>
        <w:t xml:space="preserve"> </w:t>
      </w:r>
      <w:r w:rsidRPr="00215E31">
        <w:rPr>
          <w:rFonts w:cs="Times New Roman"/>
          <w:sz w:val="24"/>
          <w:szCs w:val="24"/>
        </w:rPr>
        <w:t xml:space="preserve">Pitch dan </w:t>
      </w:r>
      <w:proofErr w:type="spellStart"/>
      <w:r w:rsidRPr="00215E31">
        <w:rPr>
          <w:rFonts w:cs="Times New Roman"/>
          <w:sz w:val="24"/>
          <w:szCs w:val="24"/>
        </w:rPr>
        <w:t>evaluasi</w:t>
      </w:r>
      <w:proofErr w:type="spellEnd"/>
      <w:r w:rsidRPr="00215E31">
        <w:rPr>
          <w:rFonts w:cs="Times New Roman"/>
          <w:sz w:val="24"/>
          <w:szCs w:val="24"/>
        </w:rPr>
        <w:t>. Tim mempresentasikan hasil kepada panel/juri, menjawab pertanyaan, dan menerima umpan balik serta arahan tindak lanjut.</w:t>
      </w:r>
    </w:p>
    <w:p w14:paraId="4DDEB0BB"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Setiap akhir hari, tim dianjurkan memperbarui catatan kerja singkat berisi pekerjaan yang telah selesai, asumsi yang berubah, masukan yang diterima, kendala, dan target hari berikutnya. Catatan ini membantu tim menunjukkan proses pengembangan secara runtut saat pitch. Jadwal kegiatan satu minggu merupakan rancangan kerja; durasi dan tanggal pelaksanaan aktual mengikuti jadwal resmi panitia.</w:t>
      </w:r>
    </w:p>
    <w:p w14:paraId="732EC7FA"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3.6 Keluaran Minimal Peserta</w:t>
      </w:r>
    </w:p>
    <w:p w14:paraId="64BABE0D"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Setiap tim menyiapkan hasil berikut sesuai tahap pengembangannya:</w:t>
      </w:r>
    </w:p>
    <w:p w14:paraId="6B19D8DA" w14:textId="77777777" w:rsidR="00A82D36" w:rsidRPr="00215E31" w:rsidRDefault="00000000" w:rsidP="000233BA">
      <w:pPr>
        <w:pStyle w:val="ListBullet"/>
        <w:numPr>
          <w:ilvl w:val="0"/>
          <w:numId w:val="25"/>
        </w:numPr>
        <w:spacing w:line="360" w:lineRule="auto"/>
        <w:jc w:val="both"/>
        <w:rPr>
          <w:rFonts w:cs="Times New Roman"/>
          <w:sz w:val="24"/>
          <w:szCs w:val="24"/>
        </w:rPr>
      </w:pPr>
      <w:r w:rsidRPr="00215E31">
        <w:rPr>
          <w:rFonts w:cs="Times New Roman"/>
          <w:sz w:val="24"/>
          <w:szCs w:val="24"/>
        </w:rPr>
        <w:t>Problem statement yang menyebutkan siapa yang terdampak, apa masalahnya, dan mengapa masalah penting diselesaikan.</w:t>
      </w:r>
    </w:p>
    <w:p w14:paraId="59A1251F" w14:textId="77777777" w:rsidR="00A82D36" w:rsidRPr="00215E31" w:rsidRDefault="00000000" w:rsidP="000233BA">
      <w:pPr>
        <w:pStyle w:val="ListBullet"/>
        <w:numPr>
          <w:ilvl w:val="0"/>
          <w:numId w:val="25"/>
        </w:numPr>
        <w:spacing w:line="360" w:lineRule="auto"/>
        <w:jc w:val="both"/>
        <w:rPr>
          <w:rFonts w:cs="Times New Roman"/>
          <w:sz w:val="24"/>
          <w:szCs w:val="24"/>
        </w:rPr>
      </w:pPr>
      <w:r w:rsidRPr="00215E31">
        <w:rPr>
          <w:rFonts w:cs="Times New Roman"/>
          <w:sz w:val="24"/>
          <w:szCs w:val="24"/>
        </w:rPr>
        <w:t>Deskripsi solusi serta alasan mengapa solusi dipilih dibandingkan alternatif lain.</w:t>
      </w:r>
    </w:p>
    <w:p w14:paraId="1619EEE8" w14:textId="77777777" w:rsidR="00A82D36" w:rsidRPr="00215E31" w:rsidRDefault="00000000" w:rsidP="000233BA">
      <w:pPr>
        <w:pStyle w:val="ListBullet"/>
        <w:numPr>
          <w:ilvl w:val="0"/>
          <w:numId w:val="25"/>
        </w:numPr>
        <w:spacing w:line="360" w:lineRule="auto"/>
        <w:jc w:val="both"/>
        <w:rPr>
          <w:rFonts w:cs="Times New Roman"/>
          <w:sz w:val="24"/>
          <w:szCs w:val="24"/>
        </w:rPr>
      </w:pPr>
      <w:r w:rsidRPr="00215E31">
        <w:rPr>
          <w:rFonts w:cs="Times New Roman"/>
          <w:sz w:val="24"/>
          <w:szCs w:val="24"/>
        </w:rPr>
        <w:t>Bukti proses pengembangan: peta proses, sketsa, desain, foto/mock-up/prototipe, alur layanan, atau dokumentasi kerja.</w:t>
      </w:r>
    </w:p>
    <w:p w14:paraId="7BEEE92F" w14:textId="77777777" w:rsidR="00A82D36" w:rsidRPr="00215E31" w:rsidRDefault="00000000" w:rsidP="000233BA">
      <w:pPr>
        <w:pStyle w:val="ListBullet"/>
        <w:numPr>
          <w:ilvl w:val="0"/>
          <w:numId w:val="25"/>
        </w:numPr>
        <w:spacing w:line="360" w:lineRule="auto"/>
        <w:jc w:val="both"/>
        <w:rPr>
          <w:rFonts w:cs="Times New Roman"/>
          <w:sz w:val="24"/>
          <w:szCs w:val="24"/>
        </w:rPr>
      </w:pPr>
      <w:r w:rsidRPr="00215E31">
        <w:rPr>
          <w:rFonts w:cs="Times New Roman"/>
          <w:sz w:val="24"/>
          <w:szCs w:val="24"/>
        </w:rPr>
        <w:t>Catatan validasi atau umpan balik problem owner/calon pengguna dan perubahan yang dibuat. Jika validasi belum memungkinkan, tim menjelaskan rencana metode validasi serta keterbatasannya.</w:t>
      </w:r>
    </w:p>
    <w:p w14:paraId="1774A50A" w14:textId="77777777" w:rsidR="00A82D36" w:rsidRPr="00215E31" w:rsidRDefault="00000000" w:rsidP="000233BA">
      <w:pPr>
        <w:pStyle w:val="ListBullet"/>
        <w:numPr>
          <w:ilvl w:val="0"/>
          <w:numId w:val="25"/>
        </w:numPr>
        <w:spacing w:line="360" w:lineRule="auto"/>
        <w:jc w:val="both"/>
        <w:rPr>
          <w:rFonts w:cs="Times New Roman"/>
          <w:sz w:val="24"/>
          <w:szCs w:val="24"/>
        </w:rPr>
      </w:pPr>
      <w:r w:rsidRPr="00215E31">
        <w:rPr>
          <w:rFonts w:cs="Times New Roman"/>
          <w:sz w:val="24"/>
          <w:szCs w:val="24"/>
        </w:rPr>
        <w:t>Pitch deck yang memuat masalah, solusi, kebaruan, kelayakan, potensi dampak, kebutuhan implementasi, risiko, dan langkah lanjutan.</w:t>
      </w:r>
    </w:p>
    <w:p w14:paraId="70EC38F0"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3.7 Bentuk Solusi</w:t>
      </w:r>
    </w:p>
    <w:p w14:paraId="315133E4"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Keluaran dapat berupa konsep, produk fisik, alat, teknologi tepat guna, desain layanan, perbaikan proses, prototipe, simulasi, sistem digital, model bisnis, rencana implementasi, atau program sosial. Peserta tidak diwajibkan menghasilkan produk siap pasar dalam satu minggu, tetapi harus menunjukkan proses yang masuk akal dari pemahaman masalah menuju solusi dan pembuktian awal.</w:t>
      </w:r>
    </w:p>
    <w:p w14:paraId="13409077"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Untuk solusi fisik atau teknologi, prototipe dapat berupa model skala kecil, mock-up, komponen utama, atau demonstrasi terbatas. Untuk inovasi layanan/proses, keluaran dapat berbentuk blueprint layanan, SOP awal, alur proses, simulasi, atau rancangan uji coba. Untuk program sosial, tim dapat menampilkan rancangan intervensi, materi, skema pelaksanaan, dan indikator hasil. Jenis keluaran disesuaikan dengan challenge dan waktu yang tersedia.</w:t>
      </w:r>
    </w:p>
    <w:p w14:paraId="2EF2E884"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3.8 Kriteria Penilaian Surabaya Innovathon</w:t>
      </w:r>
    </w:p>
    <w:p w14:paraId="37CEEE24"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Juri/panel menilai proses dan solusi secara menyeluruh. Aspek penilaian yang digunakan adalah:</w:t>
      </w:r>
    </w:p>
    <w:p w14:paraId="18929AEB"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Kesesuaian solusi dengan masalah (problem fit): solusi menjawab kebutuhan nyata dan kelompok pengguna yang tepat.</w:t>
      </w:r>
    </w:p>
    <w:p w14:paraId="4B4DF9EB"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Kebaruan dan nilai inovasi: terdapat pendekatan baru, perbaikan yang bermakna, atau penggabungan sumber daya yang memberi nilai tambah.</w:t>
      </w:r>
    </w:p>
    <w:p w14:paraId="09799054"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Kelayakan implementasi: solusi realistis dari sisi waktu, biaya, sumber daya, kemampuan operasional, teknologi, dan batasan yang relevan.</w:t>
      </w:r>
    </w:p>
    <w:p w14:paraId="17A2A5D5"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Validasi dan pemahaman pengguna: ada konsultasi/pengujian atau mekanisme pembuktian asumsi, serta respons terhadap masukan.</w:t>
      </w:r>
    </w:p>
    <w:p w14:paraId="55C0A283"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Potensi dampak: manfaat yang dituju jelas bagi masyarakat, layanan publik, lingkungan, atau industri dan dapat diterangkan cara mengukurnya.</w:t>
      </w:r>
    </w:p>
    <w:p w14:paraId="5A275607"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Skalabilitas dan keberlanjutan: solusi berpeluang direplikasi, diadopsi, dipelihara, atau dikembangkan setelah kegiatan berakhir.</w:t>
      </w:r>
    </w:p>
    <w:p w14:paraId="321C2D99" w14:textId="77777777" w:rsidR="00A82D36" w:rsidRPr="00215E31" w:rsidRDefault="00000000" w:rsidP="000233BA">
      <w:pPr>
        <w:pStyle w:val="ListBullet"/>
        <w:numPr>
          <w:ilvl w:val="0"/>
          <w:numId w:val="26"/>
        </w:numPr>
        <w:spacing w:line="360" w:lineRule="auto"/>
        <w:jc w:val="both"/>
        <w:rPr>
          <w:rFonts w:cs="Times New Roman"/>
          <w:sz w:val="24"/>
          <w:szCs w:val="24"/>
        </w:rPr>
      </w:pPr>
      <w:r w:rsidRPr="00215E31">
        <w:rPr>
          <w:rFonts w:cs="Times New Roman"/>
          <w:sz w:val="24"/>
          <w:szCs w:val="24"/>
        </w:rPr>
        <w:t>Kualitas pitch: penyampaian terstruktur, penggunaan bukti, kemampuan menjawab pertanyaan, dan pemahaman tim terhadap solusi.</w:t>
      </w:r>
    </w:p>
    <w:p w14:paraId="7E0E255D"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Bobot, skala nilai, durasi presentasi, format pitch deck, dan mekanisme penetapan pemenang Surabaya Innovathon diumumkan panitia sebelum penilaian. Prototipe yang belum sempurna tidak otomatis dinilai rendah apabila tim menunjukkan pemahaman masalah yang baik, proses pengembangan yang masuk akal, dan keterbukaan terhadap validasi.</w:t>
      </w:r>
    </w:p>
    <w:p w14:paraId="7FBC585E"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Penjelasan kriteria penilaian: problem fit diperlihatkan melalui rumusan masalah, bukti kebutuhan, dan hubungan langsung antara masalah dan solusi; kebaruan diperlihatkan melalui perbandingan dengan pendekatan yang telah ada; kelayakan dijelaskan dengan kebutuhan sumber daya dan hambatan; validasi dibuktikan melalui interaksi atau uji; potensi dampak diterangkan melalui manfaat dan indikator; keberlanjutan dijelaskan melalui rencana operasi atau pemeliharaan; sedangkan kualitas pitch dinilai dari kemampuan tim menyampaikan bukti dan menjawab pertanyaan secara jujur.</w:t>
      </w:r>
    </w:p>
    <w:p w14:paraId="77970A74" w14:textId="07C5C2BE" w:rsidR="00A82D36" w:rsidRPr="00895B6D" w:rsidRDefault="00895B6D" w:rsidP="00895B6D">
      <w:pPr>
        <w:pStyle w:val="Heading2"/>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3.9 </w:t>
      </w:r>
      <w:r w:rsidR="00000000" w:rsidRPr="00895B6D">
        <w:rPr>
          <w:rFonts w:ascii="Times New Roman" w:hAnsi="Times New Roman" w:cs="Times New Roman"/>
          <w:color w:val="auto"/>
          <w:sz w:val="28"/>
          <w:szCs w:val="28"/>
        </w:rPr>
        <w:t>Format Minimum Pitch Deck</w:t>
      </w:r>
    </w:p>
    <w:p w14:paraId="1F9E96F3" w14:textId="77777777" w:rsidR="000233BA" w:rsidRDefault="00000000" w:rsidP="000233BA">
      <w:pPr>
        <w:pStyle w:val="ListBullet"/>
        <w:numPr>
          <w:ilvl w:val="0"/>
          <w:numId w:val="28"/>
        </w:numPr>
        <w:spacing w:line="360" w:lineRule="auto"/>
        <w:jc w:val="both"/>
        <w:rPr>
          <w:rFonts w:cs="Times New Roman"/>
          <w:sz w:val="24"/>
          <w:szCs w:val="24"/>
        </w:rPr>
      </w:pPr>
      <w:r w:rsidRPr="00215E31">
        <w:rPr>
          <w:rFonts w:cs="Times New Roman"/>
          <w:sz w:val="24"/>
          <w:szCs w:val="24"/>
        </w:rPr>
        <w:t xml:space="preserve">Judul challenge, nama tim, </w:t>
      </w:r>
      <w:proofErr w:type="spellStart"/>
      <w:r w:rsidRPr="00215E31">
        <w:rPr>
          <w:rFonts w:cs="Times New Roman"/>
          <w:sz w:val="24"/>
          <w:szCs w:val="24"/>
        </w:rPr>
        <w:t>anggota</w:t>
      </w:r>
      <w:proofErr w:type="spellEnd"/>
      <w:r w:rsidRPr="00215E31">
        <w:rPr>
          <w:rFonts w:cs="Times New Roman"/>
          <w:sz w:val="24"/>
          <w:szCs w:val="24"/>
        </w:rPr>
        <w:t xml:space="preserve">, dan </w:t>
      </w:r>
      <w:proofErr w:type="spellStart"/>
      <w:r w:rsidRPr="00215E31">
        <w:rPr>
          <w:rFonts w:cs="Times New Roman"/>
          <w:sz w:val="24"/>
          <w:szCs w:val="24"/>
        </w:rPr>
        <w:t>ringkasan</w:t>
      </w:r>
      <w:proofErr w:type="spellEnd"/>
      <w:r w:rsidRPr="00215E31">
        <w:rPr>
          <w:rFonts w:cs="Times New Roman"/>
          <w:sz w:val="24"/>
          <w:szCs w:val="24"/>
        </w:rPr>
        <w:t xml:space="preserve"> </w:t>
      </w:r>
      <w:proofErr w:type="spellStart"/>
      <w:r w:rsidRPr="00215E31">
        <w:rPr>
          <w:rFonts w:cs="Times New Roman"/>
          <w:sz w:val="24"/>
          <w:szCs w:val="24"/>
        </w:rPr>
        <w:t>solusi</w:t>
      </w:r>
      <w:proofErr w:type="spellEnd"/>
      <w:r w:rsidRPr="00215E31">
        <w:rPr>
          <w:rFonts w:cs="Times New Roman"/>
          <w:sz w:val="24"/>
          <w:szCs w:val="24"/>
        </w:rPr>
        <w:t>.</w:t>
      </w:r>
    </w:p>
    <w:p w14:paraId="02E37729" w14:textId="77777777" w:rsidR="000233BA" w:rsidRDefault="00000000" w:rsidP="000233BA">
      <w:pPr>
        <w:pStyle w:val="ListBullet"/>
        <w:numPr>
          <w:ilvl w:val="0"/>
          <w:numId w:val="28"/>
        </w:numPr>
        <w:spacing w:line="360" w:lineRule="auto"/>
        <w:jc w:val="both"/>
        <w:rPr>
          <w:rFonts w:cs="Times New Roman"/>
          <w:sz w:val="24"/>
          <w:szCs w:val="24"/>
        </w:rPr>
      </w:pPr>
      <w:proofErr w:type="spellStart"/>
      <w:r w:rsidRPr="00215E31">
        <w:rPr>
          <w:rFonts w:cs="Times New Roman"/>
          <w:sz w:val="24"/>
          <w:szCs w:val="24"/>
        </w:rPr>
        <w:t>Deskripsi</w:t>
      </w:r>
      <w:proofErr w:type="spellEnd"/>
      <w:r w:rsidRPr="00215E31">
        <w:rPr>
          <w:rFonts w:cs="Times New Roman"/>
          <w:sz w:val="24"/>
          <w:szCs w:val="24"/>
        </w:rPr>
        <w:t xml:space="preserve"> </w:t>
      </w:r>
      <w:proofErr w:type="spellStart"/>
      <w:r w:rsidRPr="00215E31">
        <w:rPr>
          <w:rFonts w:cs="Times New Roman"/>
          <w:sz w:val="24"/>
          <w:szCs w:val="24"/>
        </w:rPr>
        <w:t>masalah</w:t>
      </w:r>
      <w:proofErr w:type="spellEnd"/>
      <w:r w:rsidRPr="00215E31">
        <w:rPr>
          <w:rFonts w:cs="Times New Roman"/>
          <w:sz w:val="24"/>
          <w:szCs w:val="24"/>
        </w:rPr>
        <w:t xml:space="preserve">, </w:t>
      </w:r>
      <w:proofErr w:type="spellStart"/>
      <w:r w:rsidRPr="00215E31">
        <w:rPr>
          <w:rFonts w:cs="Times New Roman"/>
          <w:sz w:val="24"/>
          <w:szCs w:val="24"/>
        </w:rPr>
        <w:t>kondisi</w:t>
      </w:r>
      <w:proofErr w:type="spellEnd"/>
      <w:r w:rsidRPr="00215E31">
        <w:rPr>
          <w:rFonts w:cs="Times New Roman"/>
          <w:sz w:val="24"/>
          <w:szCs w:val="24"/>
        </w:rPr>
        <w:t xml:space="preserve"> </w:t>
      </w:r>
      <w:proofErr w:type="spellStart"/>
      <w:r w:rsidRPr="00215E31">
        <w:rPr>
          <w:rFonts w:cs="Times New Roman"/>
          <w:sz w:val="24"/>
          <w:szCs w:val="24"/>
        </w:rPr>
        <w:t>saat</w:t>
      </w:r>
      <w:proofErr w:type="spellEnd"/>
      <w:r w:rsidRPr="00215E31">
        <w:rPr>
          <w:rFonts w:cs="Times New Roman"/>
          <w:sz w:val="24"/>
          <w:szCs w:val="24"/>
        </w:rPr>
        <w:t xml:space="preserve"> </w:t>
      </w:r>
      <w:proofErr w:type="spellStart"/>
      <w:r w:rsidRPr="00215E31">
        <w:rPr>
          <w:rFonts w:cs="Times New Roman"/>
          <w:sz w:val="24"/>
          <w:szCs w:val="24"/>
        </w:rPr>
        <w:t>ini</w:t>
      </w:r>
      <w:proofErr w:type="spellEnd"/>
      <w:r w:rsidRPr="00215E31">
        <w:rPr>
          <w:rFonts w:cs="Times New Roman"/>
          <w:sz w:val="24"/>
          <w:szCs w:val="24"/>
        </w:rPr>
        <w:t xml:space="preserve">, pengguna terdampak, serta </w:t>
      </w:r>
      <w:proofErr w:type="spellStart"/>
      <w:r w:rsidRPr="00215E31">
        <w:rPr>
          <w:rFonts w:cs="Times New Roman"/>
          <w:sz w:val="24"/>
          <w:szCs w:val="24"/>
        </w:rPr>
        <w:t>bukti</w:t>
      </w:r>
      <w:proofErr w:type="spellEnd"/>
      <w:r w:rsidRPr="00215E31">
        <w:rPr>
          <w:rFonts w:cs="Times New Roman"/>
          <w:sz w:val="24"/>
          <w:szCs w:val="24"/>
        </w:rPr>
        <w:t xml:space="preserve"> </w:t>
      </w:r>
      <w:proofErr w:type="spellStart"/>
      <w:r w:rsidRPr="00215E31">
        <w:rPr>
          <w:rFonts w:cs="Times New Roman"/>
          <w:sz w:val="24"/>
          <w:szCs w:val="24"/>
        </w:rPr>
        <w:t>kebutuhan</w:t>
      </w:r>
      <w:proofErr w:type="spellEnd"/>
      <w:r w:rsidRPr="00215E31">
        <w:rPr>
          <w:rFonts w:cs="Times New Roman"/>
          <w:sz w:val="24"/>
          <w:szCs w:val="24"/>
        </w:rPr>
        <w:t xml:space="preserve"> yang </w:t>
      </w:r>
      <w:proofErr w:type="spellStart"/>
      <w:r w:rsidRPr="00215E31">
        <w:rPr>
          <w:rFonts w:cs="Times New Roman"/>
          <w:sz w:val="24"/>
          <w:szCs w:val="24"/>
        </w:rPr>
        <w:t>tersedia</w:t>
      </w:r>
      <w:proofErr w:type="spellEnd"/>
      <w:r w:rsidRPr="00215E31">
        <w:rPr>
          <w:rFonts w:cs="Times New Roman"/>
          <w:sz w:val="24"/>
          <w:szCs w:val="24"/>
        </w:rPr>
        <w:t>.</w:t>
      </w:r>
    </w:p>
    <w:p w14:paraId="46FD0B94" w14:textId="77777777" w:rsidR="000233BA" w:rsidRDefault="00000000" w:rsidP="000233BA">
      <w:pPr>
        <w:pStyle w:val="ListBullet"/>
        <w:numPr>
          <w:ilvl w:val="0"/>
          <w:numId w:val="28"/>
        </w:numPr>
        <w:spacing w:line="360" w:lineRule="auto"/>
        <w:jc w:val="both"/>
        <w:rPr>
          <w:rFonts w:cs="Times New Roman"/>
          <w:sz w:val="24"/>
          <w:szCs w:val="24"/>
        </w:rPr>
      </w:pPr>
      <w:r w:rsidRPr="00215E31">
        <w:rPr>
          <w:rFonts w:cs="Times New Roman"/>
          <w:sz w:val="24"/>
          <w:szCs w:val="24"/>
        </w:rPr>
        <w:t xml:space="preserve">Solusi yang </w:t>
      </w:r>
      <w:proofErr w:type="spellStart"/>
      <w:r w:rsidRPr="00215E31">
        <w:rPr>
          <w:rFonts w:cs="Times New Roman"/>
          <w:sz w:val="24"/>
          <w:szCs w:val="24"/>
        </w:rPr>
        <w:t>diusulkan</w:t>
      </w:r>
      <w:proofErr w:type="spellEnd"/>
      <w:r w:rsidRPr="00215E31">
        <w:rPr>
          <w:rFonts w:cs="Times New Roman"/>
          <w:sz w:val="24"/>
          <w:szCs w:val="24"/>
        </w:rPr>
        <w:t xml:space="preserve">, </w:t>
      </w:r>
      <w:proofErr w:type="spellStart"/>
      <w:r w:rsidRPr="00215E31">
        <w:rPr>
          <w:rFonts w:cs="Times New Roman"/>
          <w:sz w:val="24"/>
          <w:szCs w:val="24"/>
        </w:rPr>
        <w:t>cara</w:t>
      </w:r>
      <w:proofErr w:type="spellEnd"/>
      <w:r w:rsidRPr="00215E31">
        <w:rPr>
          <w:rFonts w:cs="Times New Roman"/>
          <w:sz w:val="24"/>
          <w:szCs w:val="24"/>
        </w:rPr>
        <w:t xml:space="preserve"> </w:t>
      </w:r>
      <w:proofErr w:type="spellStart"/>
      <w:r w:rsidRPr="00215E31">
        <w:rPr>
          <w:rFonts w:cs="Times New Roman"/>
          <w:sz w:val="24"/>
          <w:szCs w:val="24"/>
        </w:rPr>
        <w:t>kerja</w:t>
      </w:r>
      <w:proofErr w:type="spellEnd"/>
      <w:r w:rsidRPr="00215E31">
        <w:rPr>
          <w:rFonts w:cs="Times New Roman"/>
          <w:sz w:val="24"/>
          <w:szCs w:val="24"/>
        </w:rPr>
        <w:t xml:space="preserve">, unsur </w:t>
      </w:r>
      <w:proofErr w:type="spellStart"/>
      <w:r w:rsidRPr="00215E31">
        <w:rPr>
          <w:rFonts w:cs="Times New Roman"/>
          <w:sz w:val="24"/>
          <w:szCs w:val="24"/>
        </w:rPr>
        <w:t>kebaruan</w:t>
      </w:r>
      <w:proofErr w:type="spellEnd"/>
      <w:r w:rsidRPr="00215E31">
        <w:rPr>
          <w:rFonts w:cs="Times New Roman"/>
          <w:sz w:val="24"/>
          <w:szCs w:val="24"/>
        </w:rPr>
        <w:t xml:space="preserve">, dan </w:t>
      </w:r>
      <w:proofErr w:type="spellStart"/>
      <w:r w:rsidRPr="00215E31">
        <w:rPr>
          <w:rFonts w:cs="Times New Roman"/>
          <w:sz w:val="24"/>
          <w:szCs w:val="24"/>
        </w:rPr>
        <w:t>nilai</w:t>
      </w:r>
      <w:proofErr w:type="spellEnd"/>
      <w:r w:rsidRPr="00215E31">
        <w:rPr>
          <w:rFonts w:cs="Times New Roman"/>
          <w:sz w:val="24"/>
          <w:szCs w:val="24"/>
        </w:rPr>
        <w:t xml:space="preserve"> </w:t>
      </w:r>
      <w:proofErr w:type="spellStart"/>
      <w:r w:rsidRPr="00215E31">
        <w:rPr>
          <w:rFonts w:cs="Times New Roman"/>
          <w:sz w:val="24"/>
          <w:szCs w:val="24"/>
        </w:rPr>
        <w:t>tambah</w:t>
      </w:r>
      <w:proofErr w:type="spellEnd"/>
      <w:r w:rsidRPr="00215E31">
        <w:rPr>
          <w:rFonts w:cs="Times New Roman"/>
          <w:sz w:val="24"/>
          <w:szCs w:val="24"/>
        </w:rPr>
        <w:t>.</w:t>
      </w:r>
    </w:p>
    <w:p w14:paraId="25DB4D63" w14:textId="77777777" w:rsidR="000233BA" w:rsidRDefault="00000000" w:rsidP="000233BA">
      <w:pPr>
        <w:pStyle w:val="ListBullet"/>
        <w:numPr>
          <w:ilvl w:val="0"/>
          <w:numId w:val="28"/>
        </w:numPr>
        <w:spacing w:line="360" w:lineRule="auto"/>
        <w:jc w:val="both"/>
        <w:rPr>
          <w:rFonts w:cs="Times New Roman"/>
          <w:sz w:val="24"/>
          <w:szCs w:val="24"/>
        </w:rPr>
      </w:pPr>
      <w:r w:rsidRPr="00215E31">
        <w:rPr>
          <w:rFonts w:cs="Times New Roman"/>
          <w:sz w:val="24"/>
          <w:szCs w:val="24"/>
        </w:rPr>
        <w:t xml:space="preserve">Proses </w:t>
      </w:r>
      <w:proofErr w:type="spellStart"/>
      <w:r w:rsidRPr="00215E31">
        <w:rPr>
          <w:rFonts w:cs="Times New Roman"/>
          <w:sz w:val="24"/>
          <w:szCs w:val="24"/>
        </w:rPr>
        <w:t>pengembangan</w:t>
      </w:r>
      <w:proofErr w:type="spellEnd"/>
      <w:r w:rsidRPr="00215E31">
        <w:rPr>
          <w:rFonts w:cs="Times New Roman"/>
          <w:sz w:val="24"/>
          <w:szCs w:val="24"/>
        </w:rPr>
        <w:t xml:space="preserve">, </w:t>
      </w:r>
      <w:proofErr w:type="spellStart"/>
      <w:r w:rsidRPr="00215E31">
        <w:rPr>
          <w:rFonts w:cs="Times New Roman"/>
          <w:sz w:val="24"/>
          <w:szCs w:val="24"/>
        </w:rPr>
        <w:t>bentuk</w:t>
      </w:r>
      <w:proofErr w:type="spellEnd"/>
      <w:r w:rsidRPr="00215E31">
        <w:rPr>
          <w:rFonts w:cs="Times New Roman"/>
          <w:sz w:val="24"/>
          <w:szCs w:val="24"/>
        </w:rPr>
        <w:t xml:space="preserve"> </w:t>
      </w:r>
      <w:proofErr w:type="spellStart"/>
      <w:r w:rsidRPr="00215E31">
        <w:rPr>
          <w:rFonts w:cs="Times New Roman"/>
          <w:sz w:val="24"/>
          <w:szCs w:val="24"/>
        </w:rPr>
        <w:t>prototipe</w:t>
      </w:r>
      <w:proofErr w:type="spellEnd"/>
      <w:r w:rsidRPr="00215E31">
        <w:rPr>
          <w:rFonts w:cs="Times New Roman"/>
          <w:sz w:val="24"/>
          <w:szCs w:val="24"/>
        </w:rPr>
        <w:t>/</w:t>
      </w:r>
      <w:proofErr w:type="spellStart"/>
      <w:r w:rsidRPr="00215E31">
        <w:rPr>
          <w:rFonts w:cs="Times New Roman"/>
          <w:sz w:val="24"/>
          <w:szCs w:val="24"/>
        </w:rPr>
        <w:t>demonstrasi</w:t>
      </w:r>
      <w:proofErr w:type="spellEnd"/>
      <w:r w:rsidRPr="00215E31">
        <w:rPr>
          <w:rFonts w:cs="Times New Roman"/>
          <w:sz w:val="24"/>
          <w:szCs w:val="24"/>
        </w:rPr>
        <w:t xml:space="preserve">, serta </w:t>
      </w:r>
      <w:proofErr w:type="spellStart"/>
      <w:r w:rsidRPr="00215E31">
        <w:rPr>
          <w:rFonts w:cs="Times New Roman"/>
          <w:sz w:val="24"/>
          <w:szCs w:val="24"/>
        </w:rPr>
        <w:t>hasil</w:t>
      </w:r>
      <w:proofErr w:type="spellEnd"/>
      <w:r w:rsidRPr="00215E31">
        <w:rPr>
          <w:rFonts w:cs="Times New Roman"/>
          <w:sz w:val="24"/>
          <w:szCs w:val="24"/>
        </w:rPr>
        <w:t xml:space="preserve"> </w:t>
      </w:r>
      <w:proofErr w:type="spellStart"/>
      <w:r w:rsidRPr="00215E31">
        <w:rPr>
          <w:rFonts w:cs="Times New Roman"/>
          <w:sz w:val="24"/>
          <w:szCs w:val="24"/>
        </w:rPr>
        <w:t>konsultasi</w:t>
      </w:r>
      <w:proofErr w:type="spellEnd"/>
      <w:r w:rsidRPr="00215E31">
        <w:rPr>
          <w:rFonts w:cs="Times New Roman"/>
          <w:sz w:val="24"/>
          <w:szCs w:val="24"/>
        </w:rPr>
        <w:t xml:space="preserve"> </w:t>
      </w:r>
      <w:proofErr w:type="spellStart"/>
      <w:r w:rsidRPr="00215E31">
        <w:rPr>
          <w:rFonts w:cs="Times New Roman"/>
          <w:sz w:val="24"/>
          <w:szCs w:val="24"/>
        </w:rPr>
        <w:t>atau</w:t>
      </w:r>
      <w:proofErr w:type="spellEnd"/>
      <w:r w:rsidRPr="00215E31">
        <w:rPr>
          <w:rFonts w:cs="Times New Roman"/>
          <w:sz w:val="24"/>
          <w:szCs w:val="24"/>
        </w:rPr>
        <w:t xml:space="preserve"> </w:t>
      </w:r>
      <w:proofErr w:type="spellStart"/>
      <w:r w:rsidRPr="00215E31">
        <w:rPr>
          <w:rFonts w:cs="Times New Roman"/>
          <w:sz w:val="24"/>
          <w:szCs w:val="24"/>
        </w:rPr>
        <w:t>validasi</w:t>
      </w:r>
      <w:proofErr w:type="spellEnd"/>
      <w:r w:rsidRPr="00215E31">
        <w:rPr>
          <w:rFonts w:cs="Times New Roman"/>
          <w:sz w:val="24"/>
          <w:szCs w:val="24"/>
        </w:rPr>
        <w:t>.</w:t>
      </w:r>
    </w:p>
    <w:p w14:paraId="7486D1F1" w14:textId="77777777" w:rsidR="000233BA" w:rsidRDefault="00000000" w:rsidP="000233BA">
      <w:pPr>
        <w:pStyle w:val="ListBullet"/>
        <w:numPr>
          <w:ilvl w:val="0"/>
          <w:numId w:val="28"/>
        </w:numPr>
        <w:spacing w:line="360" w:lineRule="auto"/>
        <w:jc w:val="both"/>
        <w:rPr>
          <w:rFonts w:cs="Times New Roman"/>
          <w:sz w:val="24"/>
          <w:szCs w:val="24"/>
        </w:rPr>
      </w:pPr>
      <w:proofErr w:type="spellStart"/>
      <w:r w:rsidRPr="00215E31">
        <w:rPr>
          <w:rFonts w:cs="Times New Roman"/>
          <w:sz w:val="24"/>
          <w:szCs w:val="24"/>
        </w:rPr>
        <w:t>Rencana</w:t>
      </w:r>
      <w:proofErr w:type="spellEnd"/>
      <w:r w:rsidRPr="00215E31">
        <w:rPr>
          <w:rFonts w:cs="Times New Roman"/>
          <w:sz w:val="24"/>
          <w:szCs w:val="24"/>
        </w:rPr>
        <w:t xml:space="preserve"> </w:t>
      </w:r>
      <w:proofErr w:type="spellStart"/>
      <w:r w:rsidRPr="00215E31">
        <w:rPr>
          <w:rFonts w:cs="Times New Roman"/>
          <w:sz w:val="24"/>
          <w:szCs w:val="24"/>
        </w:rPr>
        <w:t>penerapan</w:t>
      </w:r>
      <w:proofErr w:type="spellEnd"/>
      <w:r w:rsidRPr="00215E31">
        <w:rPr>
          <w:rFonts w:cs="Times New Roman"/>
          <w:sz w:val="24"/>
          <w:szCs w:val="24"/>
        </w:rPr>
        <w:t xml:space="preserve">, </w:t>
      </w:r>
      <w:proofErr w:type="spellStart"/>
      <w:r w:rsidRPr="00215E31">
        <w:rPr>
          <w:rFonts w:cs="Times New Roman"/>
          <w:sz w:val="24"/>
          <w:szCs w:val="24"/>
        </w:rPr>
        <w:t>sumber</w:t>
      </w:r>
      <w:proofErr w:type="spellEnd"/>
      <w:r w:rsidRPr="00215E31">
        <w:rPr>
          <w:rFonts w:cs="Times New Roman"/>
          <w:sz w:val="24"/>
          <w:szCs w:val="24"/>
        </w:rPr>
        <w:t xml:space="preserve"> </w:t>
      </w:r>
      <w:proofErr w:type="spellStart"/>
      <w:r w:rsidRPr="00215E31">
        <w:rPr>
          <w:rFonts w:cs="Times New Roman"/>
          <w:sz w:val="24"/>
          <w:szCs w:val="24"/>
        </w:rPr>
        <w:t>daya</w:t>
      </w:r>
      <w:proofErr w:type="spellEnd"/>
      <w:r w:rsidRPr="00215E31">
        <w:rPr>
          <w:rFonts w:cs="Times New Roman"/>
          <w:sz w:val="24"/>
          <w:szCs w:val="24"/>
        </w:rPr>
        <w:t xml:space="preserve"> dan mitra yang </w:t>
      </w:r>
      <w:proofErr w:type="spellStart"/>
      <w:r w:rsidRPr="00215E31">
        <w:rPr>
          <w:rFonts w:cs="Times New Roman"/>
          <w:sz w:val="24"/>
          <w:szCs w:val="24"/>
        </w:rPr>
        <w:t>diperlukan</w:t>
      </w:r>
      <w:proofErr w:type="spellEnd"/>
      <w:r w:rsidRPr="00215E31">
        <w:rPr>
          <w:rFonts w:cs="Times New Roman"/>
          <w:sz w:val="24"/>
          <w:szCs w:val="24"/>
        </w:rPr>
        <w:t xml:space="preserve">, </w:t>
      </w:r>
      <w:proofErr w:type="spellStart"/>
      <w:r w:rsidRPr="00215E31">
        <w:rPr>
          <w:rFonts w:cs="Times New Roman"/>
          <w:sz w:val="24"/>
          <w:szCs w:val="24"/>
        </w:rPr>
        <w:t>risiko</w:t>
      </w:r>
      <w:proofErr w:type="spellEnd"/>
      <w:r w:rsidRPr="00215E31">
        <w:rPr>
          <w:rFonts w:cs="Times New Roman"/>
          <w:sz w:val="24"/>
          <w:szCs w:val="24"/>
        </w:rPr>
        <w:t xml:space="preserve">, dan </w:t>
      </w:r>
      <w:proofErr w:type="spellStart"/>
      <w:r w:rsidRPr="00215E31">
        <w:rPr>
          <w:rFonts w:cs="Times New Roman"/>
          <w:sz w:val="24"/>
          <w:szCs w:val="24"/>
        </w:rPr>
        <w:t>batasan</w:t>
      </w:r>
      <w:proofErr w:type="spellEnd"/>
      <w:r w:rsidRPr="00215E31">
        <w:rPr>
          <w:rFonts w:cs="Times New Roman"/>
          <w:sz w:val="24"/>
          <w:szCs w:val="24"/>
        </w:rPr>
        <w:t>.</w:t>
      </w:r>
    </w:p>
    <w:p w14:paraId="1420B13A" w14:textId="1FFE2965" w:rsidR="00A82D36" w:rsidRPr="00215E31" w:rsidRDefault="00000000" w:rsidP="000233BA">
      <w:pPr>
        <w:pStyle w:val="ListBullet"/>
        <w:numPr>
          <w:ilvl w:val="0"/>
          <w:numId w:val="28"/>
        </w:numPr>
        <w:spacing w:line="360" w:lineRule="auto"/>
        <w:jc w:val="both"/>
        <w:rPr>
          <w:rFonts w:cs="Times New Roman"/>
          <w:sz w:val="24"/>
          <w:szCs w:val="24"/>
        </w:rPr>
      </w:pPr>
      <w:proofErr w:type="spellStart"/>
      <w:r w:rsidRPr="00215E31">
        <w:rPr>
          <w:rFonts w:cs="Times New Roman"/>
          <w:sz w:val="24"/>
          <w:szCs w:val="24"/>
        </w:rPr>
        <w:t>Potensi</w:t>
      </w:r>
      <w:proofErr w:type="spellEnd"/>
      <w:r w:rsidRPr="00215E31">
        <w:rPr>
          <w:rFonts w:cs="Times New Roman"/>
          <w:sz w:val="24"/>
          <w:szCs w:val="24"/>
        </w:rPr>
        <w:t xml:space="preserve"> dampak dan indikator keberhasilan; kemungkinan replikasi/keberlanjutan; serta langkah lanjutan yang direkomendasikan.</w:t>
      </w:r>
    </w:p>
    <w:p w14:paraId="453BAF00"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3.10 Mentoring dan Tindak Lanjut</w:t>
      </w:r>
    </w:p>
    <w:p w14:paraId="1DB55DEE"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 xml:space="preserve">Mentor membantu tim mempertajam rumusan masalah, menguji asumsi, menilai kelayakan, dan memperbaiki komunikasi solusi. Umpan balik mentor tidak menggantikan tanggung jawab tim terhadap karya dan data yang disampaikan. Setelah pitch, solusi yang </w:t>
      </w:r>
      <w:proofErr w:type="spellStart"/>
      <w:r w:rsidRPr="00215E31">
        <w:rPr>
          <w:rFonts w:cs="Times New Roman"/>
          <w:sz w:val="24"/>
          <w:szCs w:val="24"/>
        </w:rPr>
        <w:t>dinilai</w:t>
      </w:r>
      <w:proofErr w:type="spellEnd"/>
      <w:r w:rsidRPr="00215E31">
        <w:rPr>
          <w:rFonts w:cs="Times New Roman"/>
          <w:sz w:val="24"/>
          <w:szCs w:val="24"/>
        </w:rPr>
        <w:t xml:space="preserve"> </w:t>
      </w:r>
      <w:proofErr w:type="spellStart"/>
      <w:r w:rsidRPr="00215E31">
        <w:rPr>
          <w:rFonts w:cs="Times New Roman"/>
          <w:sz w:val="24"/>
          <w:szCs w:val="24"/>
        </w:rPr>
        <w:t>potensial</w:t>
      </w:r>
      <w:proofErr w:type="spellEnd"/>
      <w:r w:rsidRPr="00215E31">
        <w:rPr>
          <w:rFonts w:cs="Times New Roman"/>
          <w:sz w:val="24"/>
          <w:szCs w:val="24"/>
        </w:rPr>
        <w:t xml:space="preserve"> </w:t>
      </w:r>
      <w:proofErr w:type="spellStart"/>
      <w:r w:rsidRPr="00215E31">
        <w:rPr>
          <w:rFonts w:cs="Times New Roman"/>
          <w:sz w:val="24"/>
          <w:szCs w:val="24"/>
        </w:rPr>
        <w:t>dapat</w:t>
      </w:r>
      <w:proofErr w:type="spellEnd"/>
      <w:r w:rsidRPr="00215E31">
        <w:rPr>
          <w:rFonts w:cs="Times New Roman"/>
          <w:sz w:val="24"/>
          <w:szCs w:val="24"/>
        </w:rPr>
        <w:t xml:space="preserve"> </w:t>
      </w:r>
      <w:proofErr w:type="spellStart"/>
      <w:r w:rsidRPr="00215E31">
        <w:rPr>
          <w:rFonts w:cs="Times New Roman"/>
          <w:sz w:val="24"/>
          <w:szCs w:val="24"/>
        </w:rPr>
        <w:t>dipertemukan</w:t>
      </w:r>
      <w:proofErr w:type="spellEnd"/>
      <w:r w:rsidRPr="00215E31">
        <w:rPr>
          <w:rFonts w:cs="Times New Roman"/>
          <w:sz w:val="24"/>
          <w:szCs w:val="24"/>
        </w:rPr>
        <w:t xml:space="preserve"> </w:t>
      </w:r>
      <w:proofErr w:type="spellStart"/>
      <w:r w:rsidRPr="00215E31">
        <w:rPr>
          <w:rFonts w:cs="Times New Roman"/>
          <w:sz w:val="24"/>
          <w:szCs w:val="24"/>
        </w:rPr>
        <w:t>dengan</w:t>
      </w:r>
      <w:proofErr w:type="spellEnd"/>
      <w:r w:rsidRPr="00215E31">
        <w:rPr>
          <w:rFonts w:cs="Times New Roman"/>
          <w:sz w:val="24"/>
          <w:szCs w:val="24"/>
        </w:rPr>
        <w:t xml:space="preserve"> problem owner atau calon mitra untuk pembahasan lanjutan. </w:t>
      </w:r>
      <w:proofErr w:type="spellStart"/>
      <w:r w:rsidRPr="00215E31">
        <w:rPr>
          <w:rFonts w:cs="Times New Roman"/>
          <w:sz w:val="24"/>
          <w:szCs w:val="24"/>
        </w:rPr>
        <w:t>Fasilitasi</w:t>
      </w:r>
      <w:proofErr w:type="spellEnd"/>
      <w:r w:rsidRPr="00215E31">
        <w:rPr>
          <w:rFonts w:cs="Times New Roman"/>
          <w:sz w:val="24"/>
          <w:szCs w:val="24"/>
        </w:rPr>
        <w:t xml:space="preserve"> </w:t>
      </w:r>
      <w:proofErr w:type="spellStart"/>
      <w:r w:rsidRPr="00215E31">
        <w:rPr>
          <w:rFonts w:cs="Times New Roman"/>
          <w:sz w:val="24"/>
          <w:szCs w:val="24"/>
        </w:rPr>
        <w:t>tersebut</w:t>
      </w:r>
      <w:proofErr w:type="spellEnd"/>
      <w:r w:rsidRPr="00215E31">
        <w:rPr>
          <w:rFonts w:cs="Times New Roman"/>
          <w:sz w:val="24"/>
          <w:szCs w:val="24"/>
        </w:rPr>
        <w:t xml:space="preserve"> </w:t>
      </w:r>
      <w:proofErr w:type="spellStart"/>
      <w:r w:rsidRPr="00215E31">
        <w:rPr>
          <w:rFonts w:cs="Times New Roman"/>
          <w:sz w:val="24"/>
          <w:szCs w:val="24"/>
        </w:rPr>
        <w:t>tidak</w:t>
      </w:r>
      <w:proofErr w:type="spellEnd"/>
      <w:r w:rsidRPr="00215E31">
        <w:rPr>
          <w:rFonts w:cs="Times New Roman"/>
          <w:sz w:val="24"/>
          <w:szCs w:val="24"/>
        </w:rPr>
        <w:t xml:space="preserve"> </w:t>
      </w:r>
      <w:proofErr w:type="spellStart"/>
      <w:r w:rsidRPr="00215E31">
        <w:rPr>
          <w:rFonts w:cs="Times New Roman"/>
          <w:sz w:val="24"/>
          <w:szCs w:val="24"/>
        </w:rPr>
        <w:t>otomatis</w:t>
      </w:r>
      <w:proofErr w:type="spellEnd"/>
      <w:r w:rsidRPr="00215E31">
        <w:rPr>
          <w:rFonts w:cs="Times New Roman"/>
          <w:sz w:val="24"/>
          <w:szCs w:val="24"/>
        </w:rPr>
        <w:t xml:space="preserve"> </w:t>
      </w:r>
      <w:proofErr w:type="spellStart"/>
      <w:r w:rsidRPr="00215E31">
        <w:rPr>
          <w:rFonts w:cs="Times New Roman"/>
          <w:sz w:val="24"/>
          <w:szCs w:val="24"/>
        </w:rPr>
        <w:t>menjamin</w:t>
      </w:r>
      <w:proofErr w:type="spellEnd"/>
      <w:r w:rsidRPr="00215E31">
        <w:rPr>
          <w:rFonts w:cs="Times New Roman"/>
          <w:sz w:val="24"/>
          <w:szCs w:val="24"/>
        </w:rPr>
        <w:t xml:space="preserve"> pendanaan, pengadaan, adopsi, atau komersialisasi.</w:t>
      </w:r>
    </w:p>
    <w:p w14:paraId="51E13F83" w14:textId="77777777" w:rsidR="00A82D36" w:rsidRDefault="00000000" w:rsidP="00215E31">
      <w:pPr>
        <w:spacing w:line="360" w:lineRule="auto"/>
        <w:jc w:val="both"/>
        <w:rPr>
          <w:rFonts w:cs="Times New Roman"/>
          <w:sz w:val="24"/>
          <w:szCs w:val="24"/>
        </w:rPr>
      </w:pPr>
      <w:r w:rsidRPr="00215E31">
        <w:rPr>
          <w:rFonts w:cs="Times New Roman"/>
          <w:sz w:val="24"/>
          <w:szCs w:val="24"/>
        </w:rPr>
        <w:t xml:space="preserve">Problem owner berperan memberi konteks yang diperlukan, menjawab pertanyaan dalam ruang lingkup yang disepakati, dan memberikan umpan balik terhadap relevansi serta kelayakan solusi. Masukan problem owner bukan kewajiban untuk menerima solusi tertentu. Keputusan uji coba atau implementasi lanjutan membutuhkan pembahasan terpisah, kesiapan pihak terkait, pemenuhan peraturan, serta kesepakatan mengenai sumber </w:t>
      </w:r>
      <w:proofErr w:type="spellStart"/>
      <w:r w:rsidRPr="00215E31">
        <w:rPr>
          <w:rFonts w:cs="Times New Roman"/>
          <w:sz w:val="24"/>
          <w:szCs w:val="24"/>
        </w:rPr>
        <w:t>daya</w:t>
      </w:r>
      <w:proofErr w:type="spellEnd"/>
      <w:r w:rsidRPr="00215E31">
        <w:rPr>
          <w:rFonts w:cs="Times New Roman"/>
          <w:sz w:val="24"/>
          <w:szCs w:val="24"/>
        </w:rPr>
        <w:t xml:space="preserve"> dan </w:t>
      </w:r>
      <w:proofErr w:type="spellStart"/>
      <w:r w:rsidRPr="00215E31">
        <w:rPr>
          <w:rFonts w:cs="Times New Roman"/>
          <w:sz w:val="24"/>
          <w:szCs w:val="24"/>
        </w:rPr>
        <w:t>tanggung</w:t>
      </w:r>
      <w:proofErr w:type="spellEnd"/>
      <w:r w:rsidRPr="00215E31">
        <w:rPr>
          <w:rFonts w:cs="Times New Roman"/>
          <w:sz w:val="24"/>
          <w:szCs w:val="24"/>
        </w:rPr>
        <w:t xml:space="preserve"> </w:t>
      </w:r>
      <w:proofErr w:type="spellStart"/>
      <w:r w:rsidRPr="00215E31">
        <w:rPr>
          <w:rFonts w:cs="Times New Roman"/>
          <w:sz w:val="24"/>
          <w:szCs w:val="24"/>
        </w:rPr>
        <w:t>jawab</w:t>
      </w:r>
      <w:proofErr w:type="spellEnd"/>
      <w:r w:rsidRPr="00215E31">
        <w:rPr>
          <w:rFonts w:cs="Times New Roman"/>
          <w:sz w:val="24"/>
          <w:szCs w:val="24"/>
        </w:rPr>
        <w:t>.</w:t>
      </w:r>
    </w:p>
    <w:p w14:paraId="5A69ED0F" w14:textId="77777777" w:rsidR="00895B6D" w:rsidRDefault="00895B6D" w:rsidP="00215E31">
      <w:pPr>
        <w:spacing w:line="360" w:lineRule="auto"/>
        <w:jc w:val="both"/>
        <w:rPr>
          <w:rFonts w:cs="Times New Roman"/>
          <w:sz w:val="24"/>
          <w:szCs w:val="24"/>
        </w:rPr>
      </w:pPr>
    </w:p>
    <w:p w14:paraId="31A4B019" w14:textId="77777777" w:rsidR="00895B6D" w:rsidRDefault="00895B6D" w:rsidP="00215E31">
      <w:pPr>
        <w:spacing w:line="360" w:lineRule="auto"/>
        <w:jc w:val="both"/>
        <w:rPr>
          <w:rFonts w:cs="Times New Roman"/>
          <w:sz w:val="24"/>
          <w:szCs w:val="24"/>
        </w:rPr>
      </w:pPr>
    </w:p>
    <w:p w14:paraId="46B7FAE6" w14:textId="77777777" w:rsidR="00895B6D" w:rsidRDefault="00895B6D" w:rsidP="00215E31">
      <w:pPr>
        <w:spacing w:line="360" w:lineRule="auto"/>
        <w:jc w:val="both"/>
        <w:rPr>
          <w:rFonts w:cs="Times New Roman"/>
          <w:sz w:val="24"/>
          <w:szCs w:val="24"/>
        </w:rPr>
      </w:pPr>
    </w:p>
    <w:p w14:paraId="60B3D2BC" w14:textId="77777777" w:rsidR="00895B6D" w:rsidRDefault="00895B6D" w:rsidP="00215E31">
      <w:pPr>
        <w:spacing w:line="360" w:lineRule="auto"/>
        <w:jc w:val="both"/>
        <w:rPr>
          <w:rFonts w:cs="Times New Roman"/>
          <w:sz w:val="24"/>
          <w:szCs w:val="24"/>
        </w:rPr>
      </w:pPr>
    </w:p>
    <w:p w14:paraId="6DBAF903" w14:textId="77777777" w:rsidR="00895B6D" w:rsidRDefault="00895B6D" w:rsidP="00215E31">
      <w:pPr>
        <w:spacing w:line="360" w:lineRule="auto"/>
        <w:jc w:val="both"/>
        <w:rPr>
          <w:rFonts w:cs="Times New Roman"/>
          <w:sz w:val="24"/>
          <w:szCs w:val="24"/>
        </w:rPr>
      </w:pPr>
    </w:p>
    <w:p w14:paraId="65EBDFC9" w14:textId="77777777" w:rsidR="00895B6D" w:rsidRDefault="00895B6D" w:rsidP="00215E31">
      <w:pPr>
        <w:spacing w:line="360" w:lineRule="auto"/>
        <w:jc w:val="both"/>
        <w:rPr>
          <w:rFonts w:cs="Times New Roman"/>
          <w:sz w:val="24"/>
          <w:szCs w:val="24"/>
        </w:rPr>
      </w:pPr>
    </w:p>
    <w:p w14:paraId="6829792A" w14:textId="77777777" w:rsidR="00895B6D" w:rsidRDefault="00895B6D" w:rsidP="00215E31">
      <w:pPr>
        <w:spacing w:line="360" w:lineRule="auto"/>
        <w:jc w:val="both"/>
        <w:rPr>
          <w:rFonts w:cs="Times New Roman"/>
          <w:sz w:val="24"/>
          <w:szCs w:val="24"/>
        </w:rPr>
      </w:pPr>
    </w:p>
    <w:p w14:paraId="7B7E282A" w14:textId="77777777" w:rsidR="00895B6D" w:rsidRDefault="00895B6D" w:rsidP="00215E31">
      <w:pPr>
        <w:spacing w:line="360" w:lineRule="auto"/>
        <w:jc w:val="both"/>
        <w:rPr>
          <w:rFonts w:cs="Times New Roman"/>
          <w:sz w:val="24"/>
          <w:szCs w:val="24"/>
        </w:rPr>
      </w:pPr>
    </w:p>
    <w:p w14:paraId="41B83217" w14:textId="77777777" w:rsidR="00895B6D" w:rsidRDefault="00895B6D" w:rsidP="00215E31">
      <w:pPr>
        <w:spacing w:line="360" w:lineRule="auto"/>
        <w:jc w:val="both"/>
        <w:rPr>
          <w:rFonts w:cs="Times New Roman"/>
          <w:sz w:val="24"/>
          <w:szCs w:val="24"/>
        </w:rPr>
      </w:pPr>
    </w:p>
    <w:p w14:paraId="422FB28C" w14:textId="77777777" w:rsidR="00895B6D" w:rsidRDefault="00895B6D" w:rsidP="00215E31">
      <w:pPr>
        <w:spacing w:line="360" w:lineRule="auto"/>
        <w:jc w:val="both"/>
        <w:rPr>
          <w:rFonts w:cs="Times New Roman"/>
          <w:sz w:val="24"/>
          <w:szCs w:val="24"/>
        </w:rPr>
      </w:pPr>
    </w:p>
    <w:p w14:paraId="1049A811" w14:textId="77777777" w:rsidR="00895B6D" w:rsidRDefault="00895B6D" w:rsidP="00215E31">
      <w:pPr>
        <w:spacing w:line="360" w:lineRule="auto"/>
        <w:jc w:val="both"/>
        <w:rPr>
          <w:rFonts w:cs="Times New Roman"/>
          <w:sz w:val="24"/>
          <w:szCs w:val="24"/>
        </w:rPr>
      </w:pPr>
    </w:p>
    <w:p w14:paraId="0429F07F" w14:textId="77777777" w:rsidR="00E00D58" w:rsidRDefault="00E00D58" w:rsidP="00215E31">
      <w:pPr>
        <w:spacing w:line="360" w:lineRule="auto"/>
        <w:jc w:val="both"/>
        <w:rPr>
          <w:rFonts w:cs="Times New Roman"/>
          <w:sz w:val="24"/>
          <w:szCs w:val="24"/>
        </w:rPr>
      </w:pPr>
    </w:p>
    <w:p w14:paraId="657EA520" w14:textId="77777777" w:rsidR="004D0B55" w:rsidRDefault="004D0B55" w:rsidP="00215E31">
      <w:pPr>
        <w:spacing w:line="360" w:lineRule="auto"/>
        <w:jc w:val="both"/>
        <w:rPr>
          <w:rFonts w:cs="Times New Roman"/>
          <w:sz w:val="24"/>
          <w:szCs w:val="24"/>
        </w:rPr>
      </w:pPr>
    </w:p>
    <w:p w14:paraId="3764F224" w14:textId="77777777" w:rsidR="00895B6D" w:rsidRPr="00215E31" w:rsidRDefault="00895B6D" w:rsidP="00215E31">
      <w:pPr>
        <w:spacing w:line="360" w:lineRule="auto"/>
        <w:jc w:val="both"/>
        <w:rPr>
          <w:rFonts w:cs="Times New Roman"/>
          <w:sz w:val="24"/>
          <w:szCs w:val="24"/>
        </w:rPr>
      </w:pPr>
    </w:p>
    <w:p w14:paraId="494E6C71" w14:textId="77777777" w:rsidR="00A82D36" w:rsidRDefault="00000000" w:rsidP="00895B6D">
      <w:pPr>
        <w:pStyle w:val="Heading1"/>
        <w:spacing w:line="360" w:lineRule="auto"/>
        <w:jc w:val="center"/>
        <w:rPr>
          <w:rFonts w:ascii="Times New Roman" w:hAnsi="Times New Roman" w:cs="Times New Roman"/>
          <w:color w:val="auto"/>
          <w:sz w:val="32"/>
          <w:szCs w:val="32"/>
        </w:rPr>
      </w:pPr>
      <w:r w:rsidRPr="00895B6D">
        <w:rPr>
          <w:rFonts w:ascii="Times New Roman" w:hAnsi="Times New Roman" w:cs="Times New Roman"/>
          <w:color w:val="auto"/>
          <w:sz w:val="32"/>
          <w:szCs w:val="32"/>
        </w:rPr>
        <w:t>BAB IV. JADWAL, TATA TERTIB, DAN PENUTUP</w:t>
      </w:r>
    </w:p>
    <w:p w14:paraId="373BA4B4" w14:textId="77777777" w:rsidR="00895B6D" w:rsidRPr="00895B6D" w:rsidRDefault="00895B6D" w:rsidP="00895B6D"/>
    <w:p w14:paraId="60A2FB72"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4.1 Jadwal Pelaksanaan Inovboyo 2.0</w:t>
      </w:r>
    </w:p>
    <w:tbl>
      <w:tblPr>
        <w:tblStyle w:val="TableGrid"/>
        <w:tblW w:w="0" w:type="auto"/>
        <w:jc w:val="center"/>
        <w:tblLayout w:type="fixed"/>
        <w:tblLook w:val="04A0" w:firstRow="1" w:lastRow="0" w:firstColumn="1" w:lastColumn="0" w:noHBand="0" w:noVBand="1"/>
      </w:tblPr>
      <w:tblGrid>
        <w:gridCol w:w="2381"/>
        <w:gridCol w:w="6690"/>
      </w:tblGrid>
      <w:tr w:rsidR="00A82D36" w:rsidRPr="00215E31" w14:paraId="2D8AFA82" w14:textId="77777777">
        <w:trPr>
          <w:jc w:val="center"/>
        </w:trPr>
        <w:tc>
          <w:tcPr>
            <w:tcW w:w="2381" w:type="dxa"/>
            <w:shd w:val="clear" w:color="auto" w:fill="D9D9D9"/>
            <w:tcMar>
              <w:top w:w="70" w:type="dxa"/>
              <w:left w:w="80" w:type="dxa"/>
              <w:bottom w:w="70" w:type="dxa"/>
              <w:right w:w="80" w:type="dxa"/>
            </w:tcMar>
            <w:vAlign w:val="center"/>
          </w:tcPr>
          <w:p w14:paraId="679540CB" w14:textId="77777777"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Tanggal</w:t>
            </w:r>
          </w:p>
        </w:tc>
        <w:tc>
          <w:tcPr>
            <w:tcW w:w="6690" w:type="dxa"/>
            <w:shd w:val="clear" w:color="auto" w:fill="D9D9D9"/>
            <w:tcMar>
              <w:top w:w="70" w:type="dxa"/>
              <w:left w:w="80" w:type="dxa"/>
              <w:bottom w:w="70" w:type="dxa"/>
              <w:right w:w="80" w:type="dxa"/>
            </w:tcMar>
            <w:vAlign w:val="center"/>
          </w:tcPr>
          <w:p w14:paraId="63E399AA" w14:textId="77777777" w:rsidR="00A82D36" w:rsidRPr="00215E31" w:rsidRDefault="00000000" w:rsidP="00215E31">
            <w:pPr>
              <w:spacing w:after="0" w:line="360" w:lineRule="auto"/>
              <w:jc w:val="both"/>
              <w:rPr>
                <w:rFonts w:cs="Times New Roman"/>
                <w:sz w:val="24"/>
                <w:szCs w:val="24"/>
              </w:rPr>
            </w:pPr>
            <w:r w:rsidRPr="00215E31">
              <w:rPr>
                <w:rFonts w:cs="Times New Roman"/>
                <w:b/>
                <w:sz w:val="24"/>
                <w:szCs w:val="24"/>
              </w:rPr>
              <w:t>Agenda</w:t>
            </w:r>
          </w:p>
        </w:tc>
      </w:tr>
      <w:tr w:rsidR="00A82D36" w:rsidRPr="00215E31" w14:paraId="35F52F0D" w14:textId="77777777">
        <w:trPr>
          <w:jc w:val="center"/>
        </w:trPr>
        <w:tc>
          <w:tcPr>
            <w:tcW w:w="2381" w:type="dxa"/>
            <w:tcMar>
              <w:top w:w="70" w:type="dxa"/>
              <w:left w:w="80" w:type="dxa"/>
              <w:bottom w:w="70" w:type="dxa"/>
              <w:right w:w="80" w:type="dxa"/>
            </w:tcMar>
            <w:vAlign w:val="center"/>
          </w:tcPr>
          <w:p w14:paraId="47B90858" w14:textId="77777777" w:rsidR="00A82D36" w:rsidRPr="00215E31" w:rsidRDefault="00000000" w:rsidP="000233BA">
            <w:pPr>
              <w:spacing w:after="0" w:line="360" w:lineRule="auto"/>
              <w:rPr>
                <w:rFonts w:cs="Times New Roman"/>
                <w:sz w:val="24"/>
                <w:szCs w:val="24"/>
              </w:rPr>
            </w:pPr>
            <w:r w:rsidRPr="00215E31">
              <w:rPr>
                <w:rFonts w:cs="Times New Roman"/>
                <w:sz w:val="24"/>
                <w:szCs w:val="24"/>
              </w:rPr>
              <w:t>19 Oktober</w:t>
            </w:r>
          </w:p>
        </w:tc>
        <w:tc>
          <w:tcPr>
            <w:tcW w:w="6690" w:type="dxa"/>
            <w:tcMar>
              <w:top w:w="70" w:type="dxa"/>
              <w:left w:w="80" w:type="dxa"/>
              <w:bottom w:w="70" w:type="dxa"/>
              <w:right w:w="80" w:type="dxa"/>
            </w:tcMar>
            <w:vAlign w:val="center"/>
          </w:tcPr>
          <w:p w14:paraId="2081FDE0"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Sosialisasi offline kepada kampus, komunitas, dan SD/SMP; pembukaan pendaftaran.</w:t>
            </w:r>
          </w:p>
        </w:tc>
      </w:tr>
      <w:tr w:rsidR="00A82D36" w:rsidRPr="00215E31" w14:paraId="273C741B" w14:textId="77777777">
        <w:trPr>
          <w:jc w:val="center"/>
        </w:trPr>
        <w:tc>
          <w:tcPr>
            <w:tcW w:w="2381" w:type="dxa"/>
            <w:tcMar>
              <w:top w:w="70" w:type="dxa"/>
              <w:left w:w="80" w:type="dxa"/>
              <w:bottom w:w="70" w:type="dxa"/>
              <w:right w:w="80" w:type="dxa"/>
            </w:tcMar>
            <w:vAlign w:val="center"/>
          </w:tcPr>
          <w:p w14:paraId="1A1AD3CD" w14:textId="4084C047" w:rsidR="00A82D36" w:rsidRPr="00215E31" w:rsidRDefault="00000000" w:rsidP="000233BA">
            <w:pPr>
              <w:spacing w:after="0" w:line="360" w:lineRule="auto"/>
              <w:rPr>
                <w:rFonts w:cs="Times New Roman"/>
                <w:sz w:val="24"/>
                <w:szCs w:val="24"/>
              </w:rPr>
            </w:pPr>
            <w:r w:rsidRPr="00215E31">
              <w:rPr>
                <w:rFonts w:cs="Times New Roman"/>
                <w:sz w:val="24"/>
                <w:szCs w:val="24"/>
              </w:rPr>
              <w:t>20</w:t>
            </w:r>
            <w:r w:rsidR="000233BA">
              <w:rPr>
                <w:rFonts w:cs="Times New Roman"/>
                <w:sz w:val="24"/>
                <w:szCs w:val="24"/>
              </w:rPr>
              <w:t xml:space="preserve"> - </w:t>
            </w:r>
            <w:r w:rsidRPr="00215E31">
              <w:rPr>
                <w:rFonts w:cs="Times New Roman"/>
                <w:sz w:val="24"/>
                <w:szCs w:val="24"/>
              </w:rPr>
              <w:t>23 Oktober</w:t>
            </w:r>
          </w:p>
        </w:tc>
        <w:tc>
          <w:tcPr>
            <w:tcW w:w="6690" w:type="dxa"/>
            <w:tcMar>
              <w:top w:w="70" w:type="dxa"/>
              <w:left w:w="80" w:type="dxa"/>
              <w:bottom w:w="70" w:type="dxa"/>
              <w:right w:w="80" w:type="dxa"/>
            </w:tcMar>
            <w:vAlign w:val="center"/>
          </w:tcPr>
          <w:p w14:paraId="123C1D4B"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Roadshow perguruan tinggi negeri/swasta.</w:t>
            </w:r>
          </w:p>
        </w:tc>
      </w:tr>
      <w:tr w:rsidR="00A82D36" w:rsidRPr="00215E31" w14:paraId="6193A501" w14:textId="77777777">
        <w:trPr>
          <w:jc w:val="center"/>
        </w:trPr>
        <w:tc>
          <w:tcPr>
            <w:tcW w:w="2381" w:type="dxa"/>
            <w:tcMar>
              <w:top w:w="70" w:type="dxa"/>
              <w:left w:w="80" w:type="dxa"/>
              <w:bottom w:w="70" w:type="dxa"/>
              <w:right w:w="80" w:type="dxa"/>
            </w:tcMar>
            <w:vAlign w:val="center"/>
          </w:tcPr>
          <w:p w14:paraId="553EE994" w14:textId="77777777" w:rsidR="00A82D36" w:rsidRPr="00215E31" w:rsidRDefault="00000000" w:rsidP="000233BA">
            <w:pPr>
              <w:spacing w:after="0" w:line="360" w:lineRule="auto"/>
              <w:rPr>
                <w:rFonts w:cs="Times New Roman"/>
                <w:sz w:val="24"/>
                <w:szCs w:val="24"/>
              </w:rPr>
            </w:pPr>
            <w:r w:rsidRPr="00215E31">
              <w:rPr>
                <w:rFonts w:cs="Times New Roman"/>
                <w:sz w:val="24"/>
                <w:szCs w:val="24"/>
              </w:rPr>
              <w:t>3 November</w:t>
            </w:r>
          </w:p>
        </w:tc>
        <w:tc>
          <w:tcPr>
            <w:tcW w:w="6690" w:type="dxa"/>
            <w:tcMar>
              <w:top w:w="70" w:type="dxa"/>
              <w:left w:w="80" w:type="dxa"/>
              <w:bottom w:w="70" w:type="dxa"/>
              <w:right w:w="80" w:type="dxa"/>
            </w:tcMar>
            <w:vAlign w:val="center"/>
          </w:tcPr>
          <w:p w14:paraId="6993AE53"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Penutupan pendaftaran.</w:t>
            </w:r>
          </w:p>
        </w:tc>
      </w:tr>
      <w:tr w:rsidR="00A82D36" w:rsidRPr="00215E31" w14:paraId="3DA9EFCE" w14:textId="77777777">
        <w:trPr>
          <w:jc w:val="center"/>
        </w:trPr>
        <w:tc>
          <w:tcPr>
            <w:tcW w:w="2381" w:type="dxa"/>
            <w:tcMar>
              <w:top w:w="70" w:type="dxa"/>
              <w:left w:w="80" w:type="dxa"/>
              <w:bottom w:w="70" w:type="dxa"/>
              <w:right w:w="80" w:type="dxa"/>
            </w:tcMar>
            <w:vAlign w:val="center"/>
          </w:tcPr>
          <w:p w14:paraId="782E050E" w14:textId="36672374" w:rsidR="00A82D36" w:rsidRPr="00215E31" w:rsidRDefault="00000000" w:rsidP="000233BA">
            <w:pPr>
              <w:spacing w:after="0" w:line="360" w:lineRule="auto"/>
              <w:rPr>
                <w:rFonts w:cs="Times New Roman"/>
                <w:sz w:val="24"/>
                <w:szCs w:val="24"/>
              </w:rPr>
            </w:pPr>
            <w:r w:rsidRPr="00215E31">
              <w:rPr>
                <w:rFonts w:cs="Times New Roman"/>
                <w:sz w:val="24"/>
                <w:szCs w:val="24"/>
              </w:rPr>
              <w:t>4</w:t>
            </w:r>
            <w:r w:rsidR="000233BA">
              <w:rPr>
                <w:rFonts w:cs="Times New Roman"/>
                <w:sz w:val="24"/>
                <w:szCs w:val="24"/>
              </w:rPr>
              <w:t xml:space="preserve"> - </w:t>
            </w:r>
            <w:r w:rsidRPr="00215E31">
              <w:rPr>
                <w:rFonts w:cs="Times New Roman"/>
                <w:sz w:val="24"/>
                <w:szCs w:val="24"/>
              </w:rPr>
              <w:t>6 November</w:t>
            </w:r>
          </w:p>
        </w:tc>
        <w:tc>
          <w:tcPr>
            <w:tcW w:w="6690" w:type="dxa"/>
            <w:tcMar>
              <w:top w:w="70" w:type="dxa"/>
              <w:left w:w="80" w:type="dxa"/>
              <w:bottom w:w="70" w:type="dxa"/>
              <w:right w:w="80" w:type="dxa"/>
            </w:tcMar>
            <w:vAlign w:val="center"/>
          </w:tcPr>
          <w:p w14:paraId="1884E74B"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Kurasi inovasi dan pengumuman jadwal audisi.</w:t>
            </w:r>
          </w:p>
        </w:tc>
      </w:tr>
      <w:tr w:rsidR="00A82D36" w:rsidRPr="00215E31" w14:paraId="7786048D" w14:textId="77777777">
        <w:trPr>
          <w:jc w:val="center"/>
        </w:trPr>
        <w:tc>
          <w:tcPr>
            <w:tcW w:w="2381" w:type="dxa"/>
            <w:tcMar>
              <w:top w:w="70" w:type="dxa"/>
              <w:left w:w="80" w:type="dxa"/>
              <w:bottom w:w="70" w:type="dxa"/>
              <w:right w:w="80" w:type="dxa"/>
            </w:tcMar>
            <w:vAlign w:val="center"/>
          </w:tcPr>
          <w:p w14:paraId="3B617738" w14:textId="05E61C2A" w:rsidR="00A82D36" w:rsidRPr="00215E31" w:rsidRDefault="00000000" w:rsidP="000233BA">
            <w:pPr>
              <w:spacing w:after="0" w:line="360" w:lineRule="auto"/>
              <w:rPr>
                <w:rFonts w:cs="Times New Roman"/>
                <w:sz w:val="24"/>
                <w:szCs w:val="24"/>
              </w:rPr>
            </w:pPr>
            <w:r w:rsidRPr="00215E31">
              <w:rPr>
                <w:rFonts w:cs="Times New Roman"/>
                <w:sz w:val="24"/>
                <w:szCs w:val="24"/>
              </w:rPr>
              <w:t>9</w:t>
            </w:r>
            <w:r w:rsidR="000233BA">
              <w:rPr>
                <w:rFonts w:cs="Times New Roman"/>
                <w:sz w:val="24"/>
                <w:szCs w:val="24"/>
              </w:rPr>
              <w:t xml:space="preserve"> - </w:t>
            </w:r>
            <w:r w:rsidRPr="00215E31">
              <w:rPr>
                <w:rFonts w:cs="Times New Roman"/>
                <w:sz w:val="24"/>
                <w:szCs w:val="24"/>
              </w:rPr>
              <w:t>23 November</w:t>
            </w:r>
          </w:p>
        </w:tc>
        <w:tc>
          <w:tcPr>
            <w:tcW w:w="6690" w:type="dxa"/>
            <w:tcMar>
              <w:top w:w="70" w:type="dxa"/>
              <w:left w:w="80" w:type="dxa"/>
              <w:bottom w:w="70" w:type="dxa"/>
              <w:right w:w="80" w:type="dxa"/>
            </w:tcMar>
            <w:vAlign w:val="center"/>
          </w:tcPr>
          <w:p w14:paraId="252780D4"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Kick-off dan audisi Inovboyo Showcase serta launching Surabaya Innovathon.</w:t>
            </w:r>
          </w:p>
        </w:tc>
      </w:tr>
      <w:tr w:rsidR="00A82D36" w:rsidRPr="00215E31" w14:paraId="20C8D6A8" w14:textId="77777777">
        <w:trPr>
          <w:jc w:val="center"/>
        </w:trPr>
        <w:tc>
          <w:tcPr>
            <w:tcW w:w="2381" w:type="dxa"/>
            <w:tcMar>
              <w:top w:w="70" w:type="dxa"/>
              <w:left w:w="80" w:type="dxa"/>
              <w:bottom w:w="70" w:type="dxa"/>
              <w:right w:w="80" w:type="dxa"/>
            </w:tcMar>
            <w:vAlign w:val="center"/>
          </w:tcPr>
          <w:p w14:paraId="6B69969F" w14:textId="46F3FD70" w:rsidR="00A82D36" w:rsidRPr="00215E31" w:rsidRDefault="00000000" w:rsidP="000233BA">
            <w:pPr>
              <w:spacing w:after="0" w:line="360" w:lineRule="auto"/>
              <w:rPr>
                <w:rFonts w:cs="Times New Roman"/>
                <w:sz w:val="24"/>
                <w:szCs w:val="24"/>
              </w:rPr>
            </w:pPr>
            <w:r w:rsidRPr="00215E31">
              <w:rPr>
                <w:rFonts w:cs="Times New Roman"/>
                <w:sz w:val="24"/>
                <w:szCs w:val="24"/>
              </w:rPr>
              <w:t>26</w:t>
            </w:r>
            <w:r w:rsidR="000233BA">
              <w:rPr>
                <w:rFonts w:cs="Times New Roman"/>
                <w:sz w:val="24"/>
                <w:szCs w:val="24"/>
              </w:rPr>
              <w:t xml:space="preserve"> </w:t>
            </w:r>
            <w:r w:rsidRPr="00215E31">
              <w:rPr>
                <w:rFonts w:cs="Times New Roman"/>
                <w:sz w:val="24"/>
                <w:szCs w:val="24"/>
              </w:rPr>
              <w:t>November</w:t>
            </w:r>
            <w:r w:rsidR="000233BA">
              <w:rPr>
                <w:rFonts w:cs="Times New Roman"/>
                <w:sz w:val="24"/>
                <w:szCs w:val="24"/>
              </w:rPr>
              <w:t xml:space="preserve"> - </w:t>
            </w:r>
            <w:r w:rsidRPr="00215E31">
              <w:rPr>
                <w:rFonts w:cs="Times New Roman"/>
                <w:sz w:val="24"/>
                <w:szCs w:val="24"/>
              </w:rPr>
              <w:t xml:space="preserve">3 </w:t>
            </w:r>
            <w:proofErr w:type="spellStart"/>
            <w:r w:rsidRPr="00215E31">
              <w:rPr>
                <w:rFonts w:cs="Times New Roman"/>
                <w:sz w:val="24"/>
                <w:szCs w:val="24"/>
              </w:rPr>
              <w:t>Desember</w:t>
            </w:r>
            <w:proofErr w:type="spellEnd"/>
          </w:p>
        </w:tc>
        <w:tc>
          <w:tcPr>
            <w:tcW w:w="6690" w:type="dxa"/>
            <w:tcMar>
              <w:top w:w="70" w:type="dxa"/>
              <w:left w:w="80" w:type="dxa"/>
              <w:bottom w:w="70" w:type="dxa"/>
              <w:right w:w="80" w:type="dxa"/>
            </w:tcMar>
            <w:vAlign w:val="center"/>
          </w:tcPr>
          <w:p w14:paraId="4CC44646"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Presentasi finalis Inovboyo Showcase.</w:t>
            </w:r>
          </w:p>
        </w:tc>
      </w:tr>
      <w:tr w:rsidR="00A82D36" w:rsidRPr="00215E31" w14:paraId="253EACFE" w14:textId="77777777">
        <w:trPr>
          <w:jc w:val="center"/>
        </w:trPr>
        <w:tc>
          <w:tcPr>
            <w:tcW w:w="2381" w:type="dxa"/>
            <w:tcMar>
              <w:top w:w="70" w:type="dxa"/>
              <w:left w:w="80" w:type="dxa"/>
              <w:bottom w:w="70" w:type="dxa"/>
              <w:right w:w="80" w:type="dxa"/>
            </w:tcMar>
            <w:vAlign w:val="center"/>
          </w:tcPr>
          <w:p w14:paraId="53DF9BBC" w14:textId="531811DE" w:rsidR="00A82D36" w:rsidRPr="00215E31" w:rsidRDefault="00000000" w:rsidP="000233BA">
            <w:pPr>
              <w:spacing w:after="0" w:line="360" w:lineRule="auto"/>
              <w:rPr>
                <w:rFonts w:cs="Times New Roman"/>
                <w:sz w:val="24"/>
                <w:szCs w:val="24"/>
              </w:rPr>
            </w:pPr>
            <w:r w:rsidRPr="00215E31">
              <w:rPr>
                <w:rFonts w:cs="Times New Roman"/>
                <w:sz w:val="24"/>
                <w:szCs w:val="24"/>
              </w:rPr>
              <w:t>7</w:t>
            </w:r>
            <w:r w:rsidR="000233BA">
              <w:rPr>
                <w:rFonts w:cs="Times New Roman"/>
                <w:sz w:val="24"/>
                <w:szCs w:val="24"/>
              </w:rPr>
              <w:t xml:space="preserve"> - </w:t>
            </w:r>
            <w:r w:rsidRPr="00215E31">
              <w:rPr>
                <w:rFonts w:cs="Times New Roman"/>
                <w:sz w:val="24"/>
                <w:szCs w:val="24"/>
              </w:rPr>
              <w:t xml:space="preserve">9 </w:t>
            </w:r>
            <w:proofErr w:type="spellStart"/>
            <w:r w:rsidRPr="00215E31">
              <w:rPr>
                <w:rFonts w:cs="Times New Roman"/>
                <w:sz w:val="24"/>
                <w:szCs w:val="24"/>
              </w:rPr>
              <w:t>Desember</w:t>
            </w:r>
            <w:proofErr w:type="spellEnd"/>
          </w:p>
        </w:tc>
        <w:tc>
          <w:tcPr>
            <w:tcW w:w="6690" w:type="dxa"/>
            <w:tcMar>
              <w:top w:w="70" w:type="dxa"/>
              <w:left w:w="80" w:type="dxa"/>
              <w:bottom w:w="70" w:type="dxa"/>
              <w:right w:w="80" w:type="dxa"/>
            </w:tcMar>
            <w:vAlign w:val="center"/>
          </w:tcPr>
          <w:p w14:paraId="446657AF"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Pengujian/validasi bersama pemilik masalah dan inovator.</w:t>
            </w:r>
          </w:p>
        </w:tc>
      </w:tr>
      <w:tr w:rsidR="00A82D36" w:rsidRPr="00215E31" w14:paraId="035D7FF9" w14:textId="77777777">
        <w:trPr>
          <w:jc w:val="center"/>
        </w:trPr>
        <w:tc>
          <w:tcPr>
            <w:tcW w:w="2381" w:type="dxa"/>
            <w:tcMar>
              <w:top w:w="70" w:type="dxa"/>
              <w:left w:w="80" w:type="dxa"/>
              <w:bottom w:w="70" w:type="dxa"/>
              <w:right w:w="80" w:type="dxa"/>
            </w:tcMar>
            <w:vAlign w:val="center"/>
          </w:tcPr>
          <w:p w14:paraId="707F4CA2" w14:textId="77777777" w:rsidR="00A82D36" w:rsidRPr="00215E31" w:rsidRDefault="00000000" w:rsidP="000233BA">
            <w:pPr>
              <w:spacing w:after="0" w:line="360" w:lineRule="auto"/>
              <w:rPr>
                <w:rFonts w:cs="Times New Roman"/>
                <w:sz w:val="24"/>
                <w:szCs w:val="24"/>
              </w:rPr>
            </w:pPr>
            <w:r w:rsidRPr="00215E31">
              <w:rPr>
                <w:rFonts w:cs="Times New Roman"/>
                <w:sz w:val="24"/>
                <w:szCs w:val="24"/>
              </w:rPr>
              <w:t>15 Desember</w:t>
            </w:r>
          </w:p>
        </w:tc>
        <w:tc>
          <w:tcPr>
            <w:tcW w:w="6690" w:type="dxa"/>
            <w:tcMar>
              <w:top w:w="70" w:type="dxa"/>
              <w:left w:w="80" w:type="dxa"/>
              <w:bottom w:w="70" w:type="dxa"/>
              <w:right w:w="80" w:type="dxa"/>
            </w:tcMar>
            <w:vAlign w:val="center"/>
          </w:tcPr>
          <w:p w14:paraId="5EABE42D"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Presentasi pitch deck Surabaya Innovathon.</w:t>
            </w:r>
          </w:p>
        </w:tc>
      </w:tr>
      <w:tr w:rsidR="00A82D36" w:rsidRPr="00215E31" w14:paraId="35C88E12" w14:textId="77777777">
        <w:trPr>
          <w:jc w:val="center"/>
        </w:trPr>
        <w:tc>
          <w:tcPr>
            <w:tcW w:w="2381" w:type="dxa"/>
            <w:tcMar>
              <w:top w:w="70" w:type="dxa"/>
              <w:left w:w="80" w:type="dxa"/>
              <w:bottom w:w="70" w:type="dxa"/>
              <w:right w:w="80" w:type="dxa"/>
            </w:tcMar>
            <w:vAlign w:val="center"/>
          </w:tcPr>
          <w:p w14:paraId="35031CF8" w14:textId="77777777" w:rsidR="00A82D36" w:rsidRPr="00215E31" w:rsidRDefault="00000000" w:rsidP="000233BA">
            <w:pPr>
              <w:spacing w:after="0" w:line="360" w:lineRule="auto"/>
              <w:rPr>
                <w:rFonts w:cs="Times New Roman"/>
                <w:sz w:val="24"/>
                <w:szCs w:val="24"/>
              </w:rPr>
            </w:pPr>
            <w:r w:rsidRPr="00215E31">
              <w:rPr>
                <w:rFonts w:cs="Times New Roman"/>
                <w:sz w:val="24"/>
                <w:szCs w:val="24"/>
              </w:rPr>
              <w:t>17 Desember</w:t>
            </w:r>
          </w:p>
        </w:tc>
        <w:tc>
          <w:tcPr>
            <w:tcW w:w="6690" w:type="dxa"/>
            <w:tcMar>
              <w:top w:w="70" w:type="dxa"/>
              <w:left w:w="80" w:type="dxa"/>
              <w:bottom w:w="70" w:type="dxa"/>
              <w:right w:w="80" w:type="dxa"/>
            </w:tcMar>
            <w:vAlign w:val="center"/>
          </w:tcPr>
          <w:p w14:paraId="537B21B2" w14:textId="77777777" w:rsidR="00A82D36" w:rsidRPr="00215E31" w:rsidRDefault="00000000" w:rsidP="00215E31">
            <w:pPr>
              <w:spacing w:after="0" w:line="360" w:lineRule="auto"/>
              <w:jc w:val="both"/>
              <w:rPr>
                <w:rFonts w:cs="Times New Roman"/>
                <w:sz w:val="24"/>
                <w:szCs w:val="24"/>
              </w:rPr>
            </w:pPr>
            <w:r w:rsidRPr="00215E31">
              <w:rPr>
                <w:rFonts w:cs="Times New Roman"/>
                <w:sz w:val="24"/>
                <w:szCs w:val="24"/>
              </w:rPr>
              <w:t>Awarding dan exhibition.</w:t>
            </w:r>
          </w:p>
        </w:tc>
      </w:tr>
    </w:tbl>
    <w:p w14:paraId="764B4FE3" w14:textId="77777777" w:rsidR="00912B07" w:rsidRDefault="00912B07" w:rsidP="00215E31">
      <w:pPr>
        <w:spacing w:line="360" w:lineRule="auto"/>
        <w:jc w:val="both"/>
        <w:rPr>
          <w:rFonts w:cs="Times New Roman"/>
          <w:sz w:val="24"/>
          <w:szCs w:val="24"/>
        </w:rPr>
      </w:pPr>
    </w:p>
    <w:p w14:paraId="69FF0B4C" w14:textId="5FB322CF" w:rsidR="00A82D36" w:rsidRPr="00215E31" w:rsidRDefault="00000000" w:rsidP="00215E31">
      <w:pPr>
        <w:spacing w:line="360" w:lineRule="auto"/>
        <w:jc w:val="both"/>
        <w:rPr>
          <w:rFonts w:cs="Times New Roman"/>
          <w:sz w:val="24"/>
          <w:szCs w:val="24"/>
        </w:rPr>
      </w:pPr>
      <w:r w:rsidRPr="00215E31">
        <w:rPr>
          <w:rFonts w:cs="Times New Roman"/>
          <w:sz w:val="24"/>
          <w:szCs w:val="24"/>
        </w:rPr>
        <w:t xml:space="preserve">Jadwal </w:t>
      </w:r>
      <w:proofErr w:type="spellStart"/>
      <w:r w:rsidRPr="00215E31">
        <w:rPr>
          <w:rFonts w:cs="Times New Roman"/>
          <w:sz w:val="24"/>
          <w:szCs w:val="24"/>
        </w:rPr>
        <w:t>tersebut</w:t>
      </w:r>
      <w:proofErr w:type="spellEnd"/>
      <w:r w:rsidRPr="00215E31">
        <w:rPr>
          <w:rFonts w:cs="Times New Roman"/>
          <w:sz w:val="24"/>
          <w:szCs w:val="24"/>
        </w:rPr>
        <w:t xml:space="preserve"> </w:t>
      </w:r>
      <w:proofErr w:type="spellStart"/>
      <w:r w:rsidRPr="00215E31">
        <w:rPr>
          <w:rFonts w:cs="Times New Roman"/>
          <w:sz w:val="24"/>
          <w:szCs w:val="24"/>
        </w:rPr>
        <w:t>mengikuti</w:t>
      </w:r>
      <w:proofErr w:type="spellEnd"/>
      <w:r w:rsidRPr="00215E31">
        <w:rPr>
          <w:rFonts w:cs="Times New Roman"/>
          <w:sz w:val="24"/>
          <w:szCs w:val="24"/>
        </w:rPr>
        <w:t xml:space="preserve"> timeline yang menjadi dasar penyusunan juknis. Tahun dan perubahan tanggal, detail sesi intensif satu minggu Innovathon, jadwal pengumpulan poster/video, durasi audisi, serta ketentuan teknis lainnya harus dikonfirmasi melalui pengumuman resmi panitia.</w:t>
      </w:r>
    </w:p>
    <w:p w14:paraId="78615CBD"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Setiap peserta bertanggung jawab memantau pengumuman resmi dan memastikan data kontak aktif. Keterlambatan pengumpulan dokumen atau ketidakhadiran pada tahapan wajib ditangani sesuai ketentuan yang diumumkan panitia. Apabila terdapat perubahan jadwal, panitia akan menyampaikan informasi melalui kanal komunikasi resmi; peserta sebaiknya tidak mengandalkan informasi yang belum terverifikasi.</w:t>
      </w:r>
    </w:p>
    <w:p w14:paraId="4A2FC1B6"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4.2 Tata Tertib Umum</w:t>
      </w:r>
    </w:p>
    <w:p w14:paraId="2527311F" w14:textId="77777777" w:rsidR="00A82D36" w:rsidRPr="00215E31" w:rsidRDefault="00000000" w:rsidP="00912B07">
      <w:pPr>
        <w:pStyle w:val="ListBullet"/>
        <w:numPr>
          <w:ilvl w:val="0"/>
          <w:numId w:val="29"/>
        </w:numPr>
        <w:spacing w:line="360" w:lineRule="auto"/>
        <w:jc w:val="both"/>
        <w:rPr>
          <w:rFonts w:cs="Times New Roman"/>
          <w:sz w:val="24"/>
          <w:szCs w:val="24"/>
        </w:rPr>
      </w:pPr>
      <w:r w:rsidRPr="00215E31">
        <w:rPr>
          <w:rFonts w:cs="Times New Roman"/>
          <w:sz w:val="24"/>
          <w:szCs w:val="24"/>
        </w:rPr>
        <w:t>Peserta wajib mengikuti jadwal, petunjuk teknis, arahan panitia, dan menyampaikan informasi yang benar.</w:t>
      </w:r>
    </w:p>
    <w:p w14:paraId="6B94291B" w14:textId="77777777" w:rsidR="00A82D36" w:rsidRPr="00215E31" w:rsidRDefault="00000000" w:rsidP="00912B07">
      <w:pPr>
        <w:pStyle w:val="ListBullet"/>
        <w:numPr>
          <w:ilvl w:val="0"/>
          <w:numId w:val="29"/>
        </w:numPr>
        <w:spacing w:line="360" w:lineRule="auto"/>
        <w:jc w:val="both"/>
        <w:rPr>
          <w:rFonts w:cs="Times New Roman"/>
          <w:sz w:val="24"/>
          <w:szCs w:val="24"/>
        </w:rPr>
      </w:pPr>
      <w:r w:rsidRPr="00215E31">
        <w:rPr>
          <w:rFonts w:cs="Times New Roman"/>
          <w:sz w:val="24"/>
          <w:szCs w:val="24"/>
        </w:rPr>
        <w:t>Peserta menjaga etika, tidak melakukan plagiarisme atau manipulasi data, serta menghormati peserta lain, problem owner, mentor, juri, dan pihak terkait.</w:t>
      </w:r>
    </w:p>
    <w:p w14:paraId="2DF9EF84" w14:textId="77777777" w:rsidR="00A82D36" w:rsidRPr="00215E31" w:rsidRDefault="00000000" w:rsidP="00912B07">
      <w:pPr>
        <w:pStyle w:val="ListBullet"/>
        <w:numPr>
          <w:ilvl w:val="0"/>
          <w:numId w:val="29"/>
        </w:numPr>
        <w:spacing w:line="360" w:lineRule="auto"/>
        <w:jc w:val="both"/>
        <w:rPr>
          <w:rFonts w:cs="Times New Roman"/>
          <w:sz w:val="24"/>
          <w:szCs w:val="24"/>
        </w:rPr>
      </w:pPr>
      <w:r w:rsidRPr="00215E31">
        <w:rPr>
          <w:rFonts w:cs="Times New Roman"/>
          <w:sz w:val="24"/>
          <w:szCs w:val="24"/>
        </w:rPr>
        <w:t>Peserta bertanggung jawab atas keselamatan demonstrasi/prototipe serta wajib menginformasikan risiko penggunaan yang relevan. Pengujian yang memerlukan izin harus mengikuti ketentuan terkait.</w:t>
      </w:r>
    </w:p>
    <w:p w14:paraId="6866546C" w14:textId="77777777" w:rsidR="00A82D36" w:rsidRPr="00215E31" w:rsidRDefault="00000000" w:rsidP="00912B07">
      <w:pPr>
        <w:pStyle w:val="ListBullet"/>
        <w:numPr>
          <w:ilvl w:val="0"/>
          <w:numId w:val="29"/>
        </w:numPr>
        <w:spacing w:line="360" w:lineRule="auto"/>
        <w:jc w:val="both"/>
        <w:rPr>
          <w:rFonts w:cs="Times New Roman"/>
          <w:sz w:val="24"/>
          <w:szCs w:val="24"/>
        </w:rPr>
      </w:pPr>
      <w:r w:rsidRPr="00215E31">
        <w:rPr>
          <w:rFonts w:cs="Times New Roman"/>
          <w:sz w:val="24"/>
          <w:szCs w:val="24"/>
        </w:rPr>
        <w:t>Peserta hanya menggunakan data, foto, musik, grafis, perangkat, atau materi pihak ketiga sesuai izin dan ketentuan yang berlaku.</w:t>
      </w:r>
    </w:p>
    <w:p w14:paraId="38C1994A" w14:textId="77777777" w:rsidR="00A82D36" w:rsidRPr="00215E31" w:rsidRDefault="00000000" w:rsidP="00912B07">
      <w:pPr>
        <w:pStyle w:val="ListBullet"/>
        <w:numPr>
          <w:ilvl w:val="0"/>
          <w:numId w:val="29"/>
        </w:numPr>
        <w:spacing w:line="360" w:lineRule="auto"/>
        <w:jc w:val="both"/>
        <w:rPr>
          <w:rFonts w:cs="Times New Roman"/>
          <w:sz w:val="24"/>
          <w:szCs w:val="24"/>
        </w:rPr>
      </w:pPr>
      <w:r w:rsidRPr="00215E31">
        <w:rPr>
          <w:rFonts w:cs="Times New Roman"/>
          <w:sz w:val="24"/>
          <w:szCs w:val="24"/>
        </w:rPr>
        <w:t>Panitia dapat meminta klarifikasi atau dokumen tambahan untuk verifikasi. Perubahan teknis dan jadwal disampaikan melalui kanal resmi penyelenggara.</w:t>
      </w:r>
    </w:p>
    <w:p w14:paraId="76226E7E" w14:textId="77777777" w:rsidR="00A82D36" w:rsidRPr="00895B6D" w:rsidRDefault="00000000" w:rsidP="00215E31">
      <w:pPr>
        <w:pStyle w:val="Heading2"/>
        <w:spacing w:line="360" w:lineRule="auto"/>
        <w:jc w:val="both"/>
        <w:rPr>
          <w:rFonts w:ascii="Times New Roman" w:hAnsi="Times New Roman" w:cs="Times New Roman"/>
          <w:color w:val="auto"/>
          <w:sz w:val="28"/>
          <w:szCs w:val="28"/>
        </w:rPr>
      </w:pPr>
      <w:r w:rsidRPr="00895B6D">
        <w:rPr>
          <w:rFonts w:ascii="Times New Roman" w:hAnsi="Times New Roman" w:cs="Times New Roman"/>
          <w:color w:val="auto"/>
          <w:sz w:val="28"/>
          <w:szCs w:val="28"/>
        </w:rPr>
        <w:t xml:space="preserve">4.3 </w:t>
      </w:r>
      <w:proofErr w:type="spellStart"/>
      <w:r w:rsidRPr="00895B6D">
        <w:rPr>
          <w:rFonts w:ascii="Times New Roman" w:hAnsi="Times New Roman" w:cs="Times New Roman"/>
          <w:color w:val="auto"/>
          <w:sz w:val="28"/>
          <w:szCs w:val="28"/>
        </w:rPr>
        <w:t>Kekayaan</w:t>
      </w:r>
      <w:proofErr w:type="spellEnd"/>
      <w:r w:rsidRPr="00895B6D">
        <w:rPr>
          <w:rFonts w:ascii="Times New Roman" w:hAnsi="Times New Roman" w:cs="Times New Roman"/>
          <w:color w:val="auto"/>
          <w:sz w:val="28"/>
          <w:szCs w:val="28"/>
        </w:rPr>
        <w:t xml:space="preserve"> </w:t>
      </w:r>
      <w:proofErr w:type="spellStart"/>
      <w:r w:rsidRPr="00895B6D">
        <w:rPr>
          <w:rFonts w:ascii="Times New Roman" w:hAnsi="Times New Roman" w:cs="Times New Roman"/>
          <w:color w:val="auto"/>
          <w:sz w:val="28"/>
          <w:szCs w:val="28"/>
        </w:rPr>
        <w:t>Intelektual</w:t>
      </w:r>
      <w:proofErr w:type="spellEnd"/>
      <w:r w:rsidRPr="00895B6D">
        <w:rPr>
          <w:rFonts w:ascii="Times New Roman" w:hAnsi="Times New Roman" w:cs="Times New Roman"/>
          <w:color w:val="auto"/>
          <w:sz w:val="28"/>
          <w:szCs w:val="28"/>
        </w:rPr>
        <w:t xml:space="preserve"> dan Publikasi</w:t>
      </w:r>
    </w:p>
    <w:p w14:paraId="21F5C3F9"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Kepemilikan kekayaan intelektual atas karya peserta mengikuti ketentuan hukum dan kesepakatan yang berlaku. Peserta tetap bertanggung jawab atas keaslian karya dan izin penggunaan materi. Publikasi oleh panitia dilakukan untuk kebutuhan informasi dan promosi kegiatan dengan memperhatikan ketentuan yang berlaku. Pengembangan atau penggunaan solusi oleh pihak lain setelah acara perlu dibahas dengan pemilik karya dan dituangkan dalam kesepakatan jika diperlukan.</w:t>
      </w:r>
    </w:p>
    <w:p w14:paraId="6C6BE605" w14:textId="77777777" w:rsidR="00A82D36" w:rsidRPr="00215E31" w:rsidRDefault="00000000" w:rsidP="00215E31">
      <w:pPr>
        <w:pStyle w:val="Heading2"/>
        <w:spacing w:line="360" w:lineRule="auto"/>
        <w:jc w:val="both"/>
        <w:rPr>
          <w:rFonts w:ascii="Times New Roman" w:hAnsi="Times New Roman" w:cs="Times New Roman"/>
          <w:color w:val="auto"/>
          <w:sz w:val="24"/>
          <w:szCs w:val="24"/>
        </w:rPr>
      </w:pPr>
      <w:r w:rsidRPr="00895B6D">
        <w:rPr>
          <w:rFonts w:ascii="Times New Roman" w:hAnsi="Times New Roman" w:cs="Times New Roman"/>
          <w:color w:val="auto"/>
          <w:sz w:val="28"/>
          <w:szCs w:val="28"/>
        </w:rPr>
        <w:t>4.4 Penutup</w:t>
      </w:r>
    </w:p>
    <w:p w14:paraId="0264415C"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Petunjuk teknis ini menjadi acuan pelaksanaan dua jalur Inovboyo 2.0, yaitu Inovboyo Showcase dan Surabaya Innovathon. Hal yang belum diatur, termasuk persyaratan final tiap kategori, tema 2026, challenge yang dibuka, komposisi tim, bobot dan mekanisme penilaian Innovathon, format berkas, durasi pitch, susunan juri, serta hadiah 2026, ditetapkan lebih lanjut oleh panitia melalui kanal resmi.</w:t>
      </w:r>
    </w:p>
    <w:p w14:paraId="5B2C1D7E" w14:textId="77777777" w:rsidR="00A82D36" w:rsidRPr="00215E31" w:rsidRDefault="00000000" w:rsidP="00215E31">
      <w:pPr>
        <w:spacing w:line="360" w:lineRule="auto"/>
        <w:jc w:val="both"/>
        <w:rPr>
          <w:rFonts w:cs="Times New Roman"/>
          <w:sz w:val="24"/>
          <w:szCs w:val="24"/>
        </w:rPr>
      </w:pPr>
      <w:r w:rsidRPr="00215E31">
        <w:rPr>
          <w:rFonts w:cs="Times New Roman"/>
          <w:sz w:val="24"/>
          <w:szCs w:val="24"/>
        </w:rPr>
        <w:t>Dengan mengikuti kegiatan, peserta dianggap telah membaca dan bersedia mematuhi ketentuan dalam juknis serta pengumuman resmi yang menyertainya. Apabila terdapat perbedaan antara draf juknis dan pengumuman teknis resmi yang diterbitkan kemudian, peserta mengikuti ketentuan resmi terbaru yang disampaikan panitia.</w:t>
      </w:r>
    </w:p>
    <w:sectPr w:rsidR="00A82D36" w:rsidRPr="00215E31" w:rsidSect="00034616">
      <w:headerReference w:type="default" r:id="rId8"/>
      <w:footerReference w:type="default" r:id="rId9"/>
      <w:pgSz w:w="12240" w:h="15840"/>
      <w:pgMar w:top="964" w:right="1162" w:bottom="935" w:left="1162"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FCE5" w14:textId="77777777" w:rsidR="00DA08CE" w:rsidRDefault="00DA08CE">
      <w:pPr>
        <w:spacing w:after="0" w:line="240" w:lineRule="auto"/>
      </w:pPr>
      <w:r>
        <w:separator/>
      </w:r>
    </w:p>
  </w:endnote>
  <w:endnote w:type="continuationSeparator" w:id="0">
    <w:p w14:paraId="3E469A89" w14:textId="77777777" w:rsidR="00DA08CE" w:rsidRDefault="00DA0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B3CE5" w14:textId="77777777" w:rsidR="00A82D36" w:rsidRDefault="00A82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9D18" w14:textId="77777777" w:rsidR="00DA08CE" w:rsidRDefault="00DA08CE">
      <w:pPr>
        <w:spacing w:after="0" w:line="240" w:lineRule="auto"/>
      </w:pPr>
      <w:r>
        <w:separator/>
      </w:r>
    </w:p>
  </w:footnote>
  <w:footnote w:type="continuationSeparator" w:id="0">
    <w:p w14:paraId="600AC1F6" w14:textId="77777777" w:rsidR="00DA08CE" w:rsidRDefault="00DA0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408D" w14:textId="77777777" w:rsidR="00A82D36" w:rsidRDefault="00A82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9410C7"/>
    <w:multiLevelType w:val="multilevel"/>
    <w:tmpl w:val="BF024E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C55623"/>
    <w:multiLevelType w:val="multilevel"/>
    <w:tmpl w:val="A746BE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C1435F"/>
    <w:multiLevelType w:val="multilevel"/>
    <w:tmpl w:val="CE3C79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F22496"/>
    <w:multiLevelType w:val="hybridMultilevel"/>
    <w:tmpl w:val="9BC2CC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8405342"/>
    <w:multiLevelType w:val="hybridMultilevel"/>
    <w:tmpl w:val="98B8313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2A1C1FD2"/>
    <w:multiLevelType w:val="hybridMultilevel"/>
    <w:tmpl w:val="C27EFA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FAA4334"/>
    <w:multiLevelType w:val="hybridMultilevel"/>
    <w:tmpl w:val="D5F4A54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30EB5E7F"/>
    <w:multiLevelType w:val="hybridMultilevel"/>
    <w:tmpl w:val="157E0A3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31194841"/>
    <w:multiLevelType w:val="hybridMultilevel"/>
    <w:tmpl w:val="552E5CA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320C3601"/>
    <w:multiLevelType w:val="hybridMultilevel"/>
    <w:tmpl w:val="E1E839C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3377245E"/>
    <w:multiLevelType w:val="hybridMultilevel"/>
    <w:tmpl w:val="CD360D7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34071E28"/>
    <w:multiLevelType w:val="hybridMultilevel"/>
    <w:tmpl w:val="28466F9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15:restartNumberingAfterBreak="0">
    <w:nsid w:val="45865626"/>
    <w:multiLevelType w:val="hybridMultilevel"/>
    <w:tmpl w:val="92624054"/>
    <w:lvl w:ilvl="0" w:tplc="38090001">
      <w:start w:val="1"/>
      <w:numFmt w:val="bullet"/>
      <w:lvlText w:val=""/>
      <w:lvlJc w:val="left"/>
      <w:pPr>
        <w:ind w:left="992" w:hanging="360"/>
      </w:pPr>
      <w:rPr>
        <w:rFonts w:ascii="Symbol" w:hAnsi="Symbol" w:hint="default"/>
      </w:rPr>
    </w:lvl>
    <w:lvl w:ilvl="1" w:tplc="38090003" w:tentative="1">
      <w:start w:val="1"/>
      <w:numFmt w:val="bullet"/>
      <w:lvlText w:val="o"/>
      <w:lvlJc w:val="left"/>
      <w:pPr>
        <w:ind w:left="1712" w:hanging="360"/>
      </w:pPr>
      <w:rPr>
        <w:rFonts w:ascii="Courier New" w:hAnsi="Courier New" w:cs="Courier New" w:hint="default"/>
      </w:rPr>
    </w:lvl>
    <w:lvl w:ilvl="2" w:tplc="38090005" w:tentative="1">
      <w:start w:val="1"/>
      <w:numFmt w:val="bullet"/>
      <w:lvlText w:val=""/>
      <w:lvlJc w:val="left"/>
      <w:pPr>
        <w:ind w:left="2432" w:hanging="360"/>
      </w:pPr>
      <w:rPr>
        <w:rFonts w:ascii="Wingdings" w:hAnsi="Wingdings" w:hint="default"/>
      </w:rPr>
    </w:lvl>
    <w:lvl w:ilvl="3" w:tplc="38090001" w:tentative="1">
      <w:start w:val="1"/>
      <w:numFmt w:val="bullet"/>
      <w:lvlText w:val=""/>
      <w:lvlJc w:val="left"/>
      <w:pPr>
        <w:ind w:left="3152" w:hanging="360"/>
      </w:pPr>
      <w:rPr>
        <w:rFonts w:ascii="Symbol" w:hAnsi="Symbol" w:hint="default"/>
      </w:rPr>
    </w:lvl>
    <w:lvl w:ilvl="4" w:tplc="38090003" w:tentative="1">
      <w:start w:val="1"/>
      <w:numFmt w:val="bullet"/>
      <w:lvlText w:val="o"/>
      <w:lvlJc w:val="left"/>
      <w:pPr>
        <w:ind w:left="3872" w:hanging="360"/>
      </w:pPr>
      <w:rPr>
        <w:rFonts w:ascii="Courier New" w:hAnsi="Courier New" w:cs="Courier New" w:hint="default"/>
      </w:rPr>
    </w:lvl>
    <w:lvl w:ilvl="5" w:tplc="38090005" w:tentative="1">
      <w:start w:val="1"/>
      <w:numFmt w:val="bullet"/>
      <w:lvlText w:val=""/>
      <w:lvlJc w:val="left"/>
      <w:pPr>
        <w:ind w:left="4592" w:hanging="360"/>
      </w:pPr>
      <w:rPr>
        <w:rFonts w:ascii="Wingdings" w:hAnsi="Wingdings" w:hint="default"/>
      </w:rPr>
    </w:lvl>
    <w:lvl w:ilvl="6" w:tplc="38090001" w:tentative="1">
      <w:start w:val="1"/>
      <w:numFmt w:val="bullet"/>
      <w:lvlText w:val=""/>
      <w:lvlJc w:val="left"/>
      <w:pPr>
        <w:ind w:left="5312" w:hanging="360"/>
      </w:pPr>
      <w:rPr>
        <w:rFonts w:ascii="Symbol" w:hAnsi="Symbol" w:hint="default"/>
      </w:rPr>
    </w:lvl>
    <w:lvl w:ilvl="7" w:tplc="38090003" w:tentative="1">
      <w:start w:val="1"/>
      <w:numFmt w:val="bullet"/>
      <w:lvlText w:val="o"/>
      <w:lvlJc w:val="left"/>
      <w:pPr>
        <w:ind w:left="6032" w:hanging="360"/>
      </w:pPr>
      <w:rPr>
        <w:rFonts w:ascii="Courier New" w:hAnsi="Courier New" w:cs="Courier New" w:hint="default"/>
      </w:rPr>
    </w:lvl>
    <w:lvl w:ilvl="8" w:tplc="38090005" w:tentative="1">
      <w:start w:val="1"/>
      <w:numFmt w:val="bullet"/>
      <w:lvlText w:val=""/>
      <w:lvlJc w:val="left"/>
      <w:pPr>
        <w:ind w:left="6752" w:hanging="360"/>
      </w:pPr>
      <w:rPr>
        <w:rFonts w:ascii="Wingdings" w:hAnsi="Wingdings" w:hint="default"/>
      </w:rPr>
    </w:lvl>
  </w:abstractNum>
  <w:abstractNum w:abstractNumId="22" w15:restartNumberingAfterBreak="0">
    <w:nsid w:val="4E6D6647"/>
    <w:multiLevelType w:val="hybridMultilevel"/>
    <w:tmpl w:val="357644D0"/>
    <w:lvl w:ilvl="0" w:tplc="3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7E10BAE"/>
    <w:multiLevelType w:val="hybridMultilevel"/>
    <w:tmpl w:val="74DA61B0"/>
    <w:lvl w:ilvl="0" w:tplc="38090001">
      <w:start w:val="1"/>
      <w:numFmt w:val="bullet"/>
      <w:lvlText w:val=""/>
      <w:lvlJc w:val="left"/>
      <w:pPr>
        <w:ind w:left="992" w:hanging="360"/>
      </w:pPr>
      <w:rPr>
        <w:rFonts w:ascii="Symbol" w:hAnsi="Symbol" w:hint="default"/>
      </w:rPr>
    </w:lvl>
    <w:lvl w:ilvl="1" w:tplc="38090003" w:tentative="1">
      <w:start w:val="1"/>
      <w:numFmt w:val="bullet"/>
      <w:lvlText w:val="o"/>
      <w:lvlJc w:val="left"/>
      <w:pPr>
        <w:ind w:left="1712" w:hanging="360"/>
      </w:pPr>
      <w:rPr>
        <w:rFonts w:ascii="Courier New" w:hAnsi="Courier New" w:cs="Courier New" w:hint="default"/>
      </w:rPr>
    </w:lvl>
    <w:lvl w:ilvl="2" w:tplc="38090005" w:tentative="1">
      <w:start w:val="1"/>
      <w:numFmt w:val="bullet"/>
      <w:lvlText w:val=""/>
      <w:lvlJc w:val="left"/>
      <w:pPr>
        <w:ind w:left="2432" w:hanging="360"/>
      </w:pPr>
      <w:rPr>
        <w:rFonts w:ascii="Wingdings" w:hAnsi="Wingdings" w:hint="default"/>
      </w:rPr>
    </w:lvl>
    <w:lvl w:ilvl="3" w:tplc="38090001" w:tentative="1">
      <w:start w:val="1"/>
      <w:numFmt w:val="bullet"/>
      <w:lvlText w:val=""/>
      <w:lvlJc w:val="left"/>
      <w:pPr>
        <w:ind w:left="3152" w:hanging="360"/>
      </w:pPr>
      <w:rPr>
        <w:rFonts w:ascii="Symbol" w:hAnsi="Symbol" w:hint="default"/>
      </w:rPr>
    </w:lvl>
    <w:lvl w:ilvl="4" w:tplc="38090003" w:tentative="1">
      <w:start w:val="1"/>
      <w:numFmt w:val="bullet"/>
      <w:lvlText w:val="o"/>
      <w:lvlJc w:val="left"/>
      <w:pPr>
        <w:ind w:left="3872" w:hanging="360"/>
      </w:pPr>
      <w:rPr>
        <w:rFonts w:ascii="Courier New" w:hAnsi="Courier New" w:cs="Courier New" w:hint="default"/>
      </w:rPr>
    </w:lvl>
    <w:lvl w:ilvl="5" w:tplc="38090005" w:tentative="1">
      <w:start w:val="1"/>
      <w:numFmt w:val="bullet"/>
      <w:lvlText w:val=""/>
      <w:lvlJc w:val="left"/>
      <w:pPr>
        <w:ind w:left="4592" w:hanging="360"/>
      </w:pPr>
      <w:rPr>
        <w:rFonts w:ascii="Wingdings" w:hAnsi="Wingdings" w:hint="default"/>
      </w:rPr>
    </w:lvl>
    <w:lvl w:ilvl="6" w:tplc="38090001" w:tentative="1">
      <w:start w:val="1"/>
      <w:numFmt w:val="bullet"/>
      <w:lvlText w:val=""/>
      <w:lvlJc w:val="left"/>
      <w:pPr>
        <w:ind w:left="5312" w:hanging="360"/>
      </w:pPr>
      <w:rPr>
        <w:rFonts w:ascii="Symbol" w:hAnsi="Symbol" w:hint="default"/>
      </w:rPr>
    </w:lvl>
    <w:lvl w:ilvl="7" w:tplc="38090003" w:tentative="1">
      <w:start w:val="1"/>
      <w:numFmt w:val="bullet"/>
      <w:lvlText w:val="o"/>
      <w:lvlJc w:val="left"/>
      <w:pPr>
        <w:ind w:left="6032" w:hanging="360"/>
      </w:pPr>
      <w:rPr>
        <w:rFonts w:ascii="Courier New" w:hAnsi="Courier New" w:cs="Courier New" w:hint="default"/>
      </w:rPr>
    </w:lvl>
    <w:lvl w:ilvl="8" w:tplc="38090005" w:tentative="1">
      <w:start w:val="1"/>
      <w:numFmt w:val="bullet"/>
      <w:lvlText w:val=""/>
      <w:lvlJc w:val="left"/>
      <w:pPr>
        <w:ind w:left="6752" w:hanging="360"/>
      </w:pPr>
      <w:rPr>
        <w:rFonts w:ascii="Wingdings" w:hAnsi="Wingdings" w:hint="default"/>
      </w:rPr>
    </w:lvl>
  </w:abstractNum>
  <w:abstractNum w:abstractNumId="24" w15:restartNumberingAfterBreak="0">
    <w:nsid w:val="5B8661C0"/>
    <w:multiLevelType w:val="hybridMultilevel"/>
    <w:tmpl w:val="777A03A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5" w15:restartNumberingAfterBreak="0">
    <w:nsid w:val="62E70481"/>
    <w:multiLevelType w:val="hybridMultilevel"/>
    <w:tmpl w:val="108E747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6E0A40D1"/>
    <w:multiLevelType w:val="multilevel"/>
    <w:tmpl w:val="A33A6AEC"/>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137E24"/>
    <w:multiLevelType w:val="multilevel"/>
    <w:tmpl w:val="1848CB2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FC1548A"/>
    <w:multiLevelType w:val="hybridMultilevel"/>
    <w:tmpl w:val="E5966D82"/>
    <w:lvl w:ilvl="0" w:tplc="38090001">
      <w:start w:val="1"/>
      <w:numFmt w:val="bullet"/>
      <w:lvlText w:val=""/>
      <w:lvlJc w:val="left"/>
      <w:pPr>
        <w:ind w:left="992" w:hanging="360"/>
      </w:pPr>
      <w:rPr>
        <w:rFonts w:ascii="Symbol" w:hAnsi="Symbol" w:hint="default"/>
      </w:rPr>
    </w:lvl>
    <w:lvl w:ilvl="1" w:tplc="38090003" w:tentative="1">
      <w:start w:val="1"/>
      <w:numFmt w:val="bullet"/>
      <w:lvlText w:val="o"/>
      <w:lvlJc w:val="left"/>
      <w:pPr>
        <w:ind w:left="1712" w:hanging="360"/>
      </w:pPr>
      <w:rPr>
        <w:rFonts w:ascii="Courier New" w:hAnsi="Courier New" w:cs="Courier New" w:hint="default"/>
      </w:rPr>
    </w:lvl>
    <w:lvl w:ilvl="2" w:tplc="38090005" w:tentative="1">
      <w:start w:val="1"/>
      <w:numFmt w:val="bullet"/>
      <w:lvlText w:val=""/>
      <w:lvlJc w:val="left"/>
      <w:pPr>
        <w:ind w:left="2432" w:hanging="360"/>
      </w:pPr>
      <w:rPr>
        <w:rFonts w:ascii="Wingdings" w:hAnsi="Wingdings" w:hint="default"/>
      </w:rPr>
    </w:lvl>
    <w:lvl w:ilvl="3" w:tplc="38090001" w:tentative="1">
      <w:start w:val="1"/>
      <w:numFmt w:val="bullet"/>
      <w:lvlText w:val=""/>
      <w:lvlJc w:val="left"/>
      <w:pPr>
        <w:ind w:left="3152" w:hanging="360"/>
      </w:pPr>
      <w:rPr>
        <w:rFonts w:ascii="Symbol" w:hAnsi="Symbol" w:hint="default"/>
      </w:rPr>
    </w:lvl>
    <w:lvl w:ilvl="4" w:tplc="38090003" w:tentative="1">
      <w:start w:val="1"/>
      <w:numFmt w:val="bullet"/>
      <w:lvlText w:val="o"/>
      <w:lvlJc w:val="left"/>
      <w:pPr>
        <w:ind w:left="3872" w:hanging="360"/>
      </w:pPr>
      <w:rPr>
        <w:rFonts w:ascii="Courier New" w:hAnsi="Courier New" w:cs="Courier New" w:hint="default"/>
      </w:rPr>
    </w:lvl>
    <w:lvl w:ilvl="5" w:tplc="38090005" w:tentative="1">
      <w:start w:val="1"/>
      <w:numFmt w:val="bullet"/>
      <w:lvlText w:val=""/>
      <w:lvlJc w:val="left"/>
      <w:pPr>
        <w:ind w:left="4592" w:hanging="360"/>
      </w:pPr>
      <w:rPr>
        <w:rFonts w:ascii="Wingdings" w:hAnsi="Wingdings" w:hint="default"/>
      </w:rPr>
    </w:lvl>
    <w:lvl w:ilvl="6" w:tplc="38090001" w:tentative="1">
      <w:start w:val="1"/>
      <w:numFmt w:val="bullet"/>
      <w:lvlText w:val=""/>
      <w:lvlJc w:val="left"/>
      <w:pPr>
        <w:ind w:left="5312" w:hanging="360"/>
      </w:pPr>
      <w:rPr>
        <w:rFonts w:ascii="Symbol" w:hAnsi="Symbol" w:hint="default"/>
      </w:rPr>
    </w:lvl>
    <w:lvl w:ilvl="7" w:tplc="38090003" w:tentative="1">
      <w:start w:val="1"/>
      <w:numFmt w:val="bullet"/>
      <w:lvlText w:val="o"/>
      <w:lvlJc w:val="left"/>
      <w:pPr>
        <w:ind w:left="6032" w:hanging="360"/>
      </w:pPr>
      <w:rPr>
        <w:rFonts w:ascii="Courier New" w:hAnsi="Courier New" w:cs="Courier New" w:hint="default"/>
      </w:rPr>
    </w:lvl>
    <w:lvl w:ilvl="8" w:tplc="38090005" w:tentative="1">
      <w:start w:val="1"/>
      <w:numFmt w:val="bullet"/>
      <w:lvlText w:val=""/>
      <w:lvlJc w:val="left"/>
      <w:pPr>
        <w:ind w:left="6752" w:hanging="360"/>
      </w:pPr>
      <w:rPr>
        <w:rFonts w:ascii="Wingdings" w:hAnsi="Wingdings" w:hint="default"/>
      </w:rPr>
    </w:lvl>
  </w:abstractNum>
  <w:num w:numId="1" w16cid:durableId="1676879894">
    <w:abstractNumId w:val="8"/>
  </w:num>
  <w:num w:numId="2" w16cid:durableId="1376929596">
    <w:abstractNumId w:val="6"/>
  </w:num>
  <w:num w:numId="3" w16cid:durableId="1808475803">
    <w:abstractNumId w:val="5"/>
  </w:num>
  <w:num w:numId="4" w16cid:durableId="2104957511">
    <w:abstractNumId w:val="4"/>
  </w:num>
  <w:num w:numId="5" w16cid:durableId="2085029843">
    <w:abstractNumId w:val="7"/>
  </w:num>
  <w:num w:numId="6" w16cid:durableId="568459881">
    <w:abstractNumId w:val="3"/>
  </w:num>
  <w:num w:numId="7" w16cid:durableId="302851900">
    <w:abstractNumId w:val="2"/>
  </w:num>
  <w:num w:numId="8" w16cid:durableId="1257133839">
    <w:abstractNumId w:val="1"/>
  </w:num>
  <w:num w:numId="9" w16cid:durableId="120466530">
    <w:abstractNumId w:val="0"/>
  </w:num>
  <w:num w:numId="10" w16cid:durableId="1410614707">
    <w:abstractNumId w:val="13"/>
  </w:num>
  <w:num w:numId="11" w16cid:durableId="254214864">
    <w:abstractNumId w:val="22"/>
  </w:num>
  <w:num w:numId="12" w16cid:durableId="282660728">
    <w:abstractNumId w:val="11"/>
  </w:num>
  <w:num w:numId="13" w16cid:durableId="1366053373">
    <w:abstractNumId w:val="14"/>
  </w:num>
  <w:num w:numId="14" w16cid:durableId="509756397">
    <w:abstractNumId w:val="15"/>
  </w:num>
  <w:num w:numId="15" w16cid:durableId="1999840950">
    <w:abstractNumId w:val="9"/>
  </w:num>
  <w:num w:numId="16" w16cid:durableId="43797596">
    <w:abstractNumId w:val="12"/>
  </w:num>
  <w:num w:numId="17" w16cid:durableId="1512599580">
    <w:abstractNumId w:val="18"/>
  </w:num>
  <w:num w:numId="18" w16cid:durableId="1938710878">
    <w:abstractNumId w:val="27"/>
  </w:num>
  <w:num w:numId="19" w16cid:durableId="1236010393">
    <w:abstractNumId w:val="24"/>
  </w:num>
  <w:num w:numId="20" w16cid:durableId="1535730678">
    <w:abstractNumId w:val="19"/>
  </w:num>
  <w:num w:numId="21" w16cid:durableId="627711224">
    <w:abstractNumId w:val="10"/>
  </w:num>
  <w:num w:numId="22" w16cid:durableId="1557277217">
    <w:abstractNumId w:val="25"/>
  </w:num>
  <w:num w:numId="23" w16cid:durableId="479854886">
    <w:abstractNumId w:val="20"/>
  </w:num>
  <w:num w:numId="24" w16cid:durableId="1227833972">
    <w:abstractNumId w:val="17"/>
  </w:num>
  <w:num w:numId="25" w16cid:durableId="1765614924">
    <w:abstractNumId w:val="28"/>
  </w:num>
  <w:num w:numId="26" w16cid:durableId="163591300">
    <w:abstractNumId w:val="23"/>
  </w:num>
  <w:num w:numId="27" w16cid:durableId="843588576">
    <w:abstractNumId w:val="26"/>
  </w:num>
  <w:num w:numId="28" w16cid:durableId="2048069263">
    <w:abstractNumId w:val="16"/>
  </w:num>
  <w:num w:numId="29" w16cid:durableId="10616314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3BA"/>
    <w:rsid w:val="00034616"/>
    <w:rsid w:val="00035770"/>
    <w:rsid w:val="0006063C"/>
    <w:rsid w:val="000830FF"/>
    <w:rsid w:val="00132883"/>
    <w:rsid w:val="0015074B"/>
    <w:rsid w:val="00215E31"/>
    <w:rsid w:val="00291B85"/>
    <w:rsid w:val="0029639D"/>
    <w:rsid w:val="002C22E7"/>
    <w:rsid w:val="00326F90"/>
    <w:rsid w:val="00380BB6"/>
    <w:rsid w:val="00466028"/>
    <w:rsid w:val="004941A4"/>
    <w:rsid w:val="004D0B55"/>
    <w:rsid w:val="004D5352"/>
    <w:rsid w:val="006D4FDC"/>
    <w:rsid w:val="00895B6D"/>
    <w:rsid w:val="008F519D"/>
    <w:rsid w:val="00912B07"/>
    <w:rsid w:val="00A234BF"/>
    <w:rsid w:val="00A245FE"/>
    <w:rsid w:val="00A71037"/>
    <w:rsid w:val="00A82D36"/>
    <w:rsid w:val="00AA1D8D"/>
    <w:rsid w:val="00AA6C1D"/>
    <w:rsid w:val="00B47730"/>
    <w:rsid w:val="00C307DE"/>
    <w:rsid w:val="00C37107"/>
    <w:rsid w:val="00C44817"/>
    <w:rsid w:val="00CB0664"/>
    <w:rsid w:val="00D61C11"/>
    <w:rsid w:val="00DA08CE"/>
    <w:rsid w:val="00DC0EC1"/>
    <w:rsid w:val="00E00D58"/>
    <w:rsid w:val="00E01DD9"/>
    <w:rsid w:val="00EB3D78"/>
    <w:rsid w:val="00FB44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AF4EF7"/>
  <w14:defaultImageDpi w14:val="300"/>
  <w15:docId w15:val="{2674417E-E515-4092-AFAC-73211887D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2" w:line="259"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100" w:after="56"/>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8" w:line="252"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28" w:line="252"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14</Pages>
  <Words>3743</Words>
  <Characters>21337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Petunjuk Teknis Inovboyo 2.0: Inovboyo Showcase dan Surabaya Innovathon</dc:title>
  <dc:subject>Juknis gabungan Inovboyo Showcase dan Surabaya Innovathon</dc:subject>
  <dc:creator>USER</dc:creator>
  <cp:keywords/>
  <dc:description>generated by python-docx</dc:description>
  <cp:lastModifiedBy>USER</cp:lastModifiedBy>
  <cp:revision>3</cp:revision>
  <dcterms:created xsi:type="dcterms:W3CDTF">2026-10-13T22:52:00Z</dcterms:created>
  <dcterms:modified xsi:type="dcterms:W3CDTF">2026-10-13T22:54:00Z</dcterms:modified>
  <cp:category/>
</cp:coreProperties>
</file>